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F3455D" w14:textId="77777777" w:rsidR="001156DA" w:rsidRDefault="001156DA"/>
    <w:p w14:paraId="649A51F6" w14:textId="42A281B2" w:rsidR="002B3302" w:rsidRPr="002B3302" w:rsidRDefault="002B3302" w:rsidP="002B33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3302">
        <w:rPr>
          <w:rFonts w:ascii="Times New Roman" w:hAnsi="Times New Roman" w:cs="Times New Roman"/>
          <w:b/>
          <w:bCs/>
          <w:sz w:val="24"/>
          <w:szCs w:val="24"/>
        </w:rPr>
        <w:t>202… / 202… EĞİTİM ÖĞRETİM YILI</w:t>
      </w:r>
    </w:p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546"/>
        <w:gridCol w:w="1506"/>
        <w:gridCol w:w="1847"/>
        <w:gridCol w:w="2333"/>
        <w:gridCol w:w="989"/>
        <w:gridCol w:w="987"/>
        <w:gridCol w:w="2096"/>
        <w:gridCol w:w="889"/>
        <w:gridCol w:w="1127"/>
        <w:gridCol w:w="2564"/>
      </w:tblGrid>
      <w:tr w:rsidR="002F6546" w:rsidRPr="002F6546" w14:paraId="47101418" w14:textId="5FD2F0E6" w:rsidTr="002B3302">
        <w:trPr>
          <w:trHeight w:val="259"/>
        </w:trPr>
        <w:tc>
          <w:tcPr>
            <w:tcW w:w="546" w:type="dxa"/>
            <w:vMerge w:val="restart"/>
            <w:vAlign w:val="center"/>
          </w:tcPr>
          <w:p w14:paraId="50A9326D" w14:textId="11F1B0C8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6546">
              <w:rPr>
                <w:rFonts w:ascii="Times New Roman" w:hAnsi="Times New Roman" w:cs="Times New Roman"/>
                <w:b/>
                <w:bCs/>
              </w:rPr>
              <w:t>S. NO</w:t>
            </w:r>
          </w:p>
        </w:tc>
        <w:tc>
          <w:tcPr>
            <w:tcW w:w="1506" w:type="dxa"/>
            <w:vMerge w:val="restart"/>
            <w:vAlign w:val="center"/>
          </w:tcPr>
          <w:p w14:paraId="06006128" w14:textId="1BAD298C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6546">
              <w:rPr>
                <w:rFonts w:ascii="Times New Roman" w:hAnsi="Times New Roman" w:cs="Times New Roman"/>
                <w:b/>
                <w:bCs/>
              </w:rPr>
              <w:t>T.C. KİMLİK NUMARASI</w:t>
            </w:r>
          </w:p>
        </w:tc>
        <w:tc>
          <w:tcPr>
            <w:tcW w:w="1847" w:type="dxa"/>
            <w:vMerge w:val="restart"/>
            <w:vAlign w:val="center"/>
          </w:tcPr>
          <w:p w14:paraId="579C020A" w14:textId="3FE97070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6546">
              <w:rPr>
                <w:rFonts w:ascii="Times New Roman" w:hAnsi="Times New Roman" w:cs="Times New Roman"/>
                <w:b/>
                <w:bCs/>
              </w:rPr>
              <w:t>ADI SOYADI</w:t>
            </w:r>
          </w:p>
        </w:tc>
        <w:tc>
          <w:tcPr>
            <w:tcW w:w="4309" w:type="dxa"/>
            <w:gridSpan w:val="3"/>
            <w:vAlign w:val="center"/>
          </w:tcPr>
          <w:p w14:paraId="3B500A24" w14:textId="4E2971A4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6546">
              <w:rPr>
                <w:rFonts w:ascii="Times New Roman" w:hAnsi="Times New Roman" w:cs="Times New Roman"/>
                <w:b/>
                <w:bCs/>
              </w:rPr>
              <w:t>ÇİFT ANADAL PROGRAMINA KAYIT OLMAK İSTEYEN ÖĞRENCİNİN</w:t>
            </w:r>
          </w:p>
        </w:tc>
        <w:tc>
          <w:tcPr>
            <w:tcW w:w="6676" w:type="dxa"/>
            <w:gridSpan w:val="4"/>
            <w:vAlign w:val="center"/>
          </w:tcPr>
          <w:p w14:paraId="3A70848B" w14:textId="3E76E5A3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6546">
              <w:rPr>
                <w:rFonts w:ascii="Times New Roman" w:hAnsi="Times New Roman" w:cs="Times New Roman"/>
                <w:b/>
                <w:bCs/>
              </w:rPr>
              <w:t>BAŞVURDUĞU</w:t>
            </w:r>
          </w:p>
        </w:tc>
      </w:tr>
      <w:tr w:rsidR="002F6546" w:rsidRPr="002F6546" w14:paraId="67C5EBCE" w14:textId="09998BEF" w:rsidTr="002B3302">
        <w:trPr>
          <w:trHeight w:val="259"/>
        </w:trPr>
        <w:tc>
          <w:tcPr>
            <w:tcW w:w="546" w:type="dxa"/>
            <w:vMerge/>
            <w:vAlign w:val="center"/>
          </w:tcPr>
          <w:p w14:paraId="4EDFA6AC" w14:textId="77777777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6" w:type="dxa"/>
            <w:vMerge/>
            <w:vAlign w:val="center"/>
          </w:tcPr>
          <w:p w14:paraId="7509F909" w14:textId="77777777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7" w:type="dxa"/>
            <w:vMerge/>
            <w:vAlign w:val="center"/>
          </w:tcPr>
          <w:p w14:paraId="1AA3C555" w14:textId="77777777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33" w:type="dxa"/>
            <w:vAlign w:val="center"/>
          </w:tcPr>
          <w:p w14:paraId="17D6197C" w14:textId="3A7EEEA7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6546">
              <w:rPr>
                <w:rFonts w:ascii="Times New Roman" w:hAnsi="Times New Roman" w:cs="Times New Roman"/>
                <w:b/>
                <w:bCs/>
              </w:rPr>
              <w:t>BÖLÜM / PROGRAM</w:t>
            </w:r>
          </w:p>
        </w:tc>
        <w:tc>
          <w:tcPr>
            <w:tcW w:w="989" w:type="dxa"/>
            <w:vAlign w:val="center"/>
          </w:tcPr>
          <w:p w14:paraId="0B9C6817" w14:textId="6365B5A3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6546">
              <w:rPr>
                <w:rFonts w:ascii="Times New Roman" w:hAnsi="Times New Roman" w:cs="Times New Roman"/>
                <w:b/>
                <w:bCs/>
              </w:rPr>
              <w:t>SINIFI</w:t>
            </w:r>
          </w:p>
        </w:tc>
        <w:tc>
          <w:tcPr>
            <w:tcW w:w="987" w:type="dxa"/>
            <w:vAlign w:val="center"/>
          </w:tcPr>
          <w:p w14:paraId="0A51FD1F" w14:textId="3E424CA9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6546">
              <w:rPr>
                <w:rFonts w:ascii="Times New Roman" w:hAnsi="Times New Roman" w:cs="Times New Roman"/>
                <w:b/>
                <w:bCs/>
              </w:rPr>
              <w:t>A</w:t>
            </w:r>
            <w:r w:rsidR="00291769">
              <w:rPr>
                <w:rFonts w:ascii="Times New Roman" w:hAnsi="Times New Roman" w:cs="Times New Roman"/>
                <w:b/>
                <w:bCs/>
              </w:rPr>
              <w:t>G</w:t>
            </w:r>
            <w:r w:rsidRPr="002F6546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2096" w:type="dxa"/>
            <w:vAlign w:val="center"/>
          </w:tcPr>
          <w:p w14:paraId="2B5CED52" w14:textId="347FC158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6546">
              <w:rPr>
                <w:rFonts w:ascii="Times New Roman" w:hAnsi="Times New Roman" w:cs="Times New Roman"/>
                <w:b/>
                <w:bCs/>
              </w:rPr>
              <w:t xml:space="preserve">BÖLÜM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2F6546">
              <w:rPr>
                <w:rFonts w:ascii="Times New Roman" w:hAnsi="Times New Roman" w:cs="Times New Roman"/>
                <w:b/>
                <w:bCs/>
              </w:rPr>
              <w:t>PROGRAM</w:t>
            </w:r>
          </w:p>
        </w:tc>
        <w:tc>
          <w:tcPr>
            <w:tcW w:w="889" w:type="dxa"/>
            <w:vAlign w:val="center"/>
          </w:tcPr>
          <w:p w14:paraId="1E152CF0" w14:textId="21F0F4D1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6546">
              <w:rPr>
                <w:rFonts w:ascii="Times New Roman" w:hAnsi="Times New Roman" w:cs="Times New Roman"/>
                <w:b/>
                <w:bCs/>
              </w:rPr>
              <w:t>SINIFI</w:t>
            </w:r>
          </w:p>
        </w:tc>
        <w:tc>
          <w:tcPr>
            <w:tcW w:w="1127" w:type="dxa"/>
            <w:vAlign w:val="center"/>
          </w:tcPr>
          <w:p w14:paraId="694FAD5D" w14:textId="33ECAC66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6546">
              <w:rPr>
                <w:rFonts w:ascii="Times New Roman" w:hAnsi="Times New Roman" w:cs="Times New Roman"/>
                <w:b/>
                <w:bCs/>
              </w:rPr>
              <w:t>ASİL / YEDEK</w:t>
            </w:r>
          </w:p>
        </w:tc>
        <w:tc>
          <w:tcPr>
            <w:tcW w:w="2564" w:type="dxa"/>
            <w:vAlign w:val="center"/>
          </w:tcPr>
          <w:p w14:paraId="629A1595" w14:textId="199EA0EB" w:rsidR="002F6546" w:rsidRPr="002F6546" w:rsidRDefault="002F6546" w:rsidP="002F6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6546">
              <w:rPr>
                <w:rFonts w:ascii="Times New Roman" w:hAnsi="Times New Roman" w:cs="Times New Roman"/>
                <w:b/>
                <w:bCs/>
              </w:rPr>
              <w:t>AÇIKLAMA</w:t>
            </w:r>
          </w:p>
        </w:tc>
      </w:tr>
      <w:tr w:rsidR="002F6546" w:rsidRPr="002F6546" w14:paraId="51D2EFF6" w14:textId="4C3AD317" w:rsidTr="002B3302">
        <w:trPr>
          <w:trHeight w:val="259"/>
        </w:trPr>
        <w:tc>
          <w:tcPr>
            <w:tcW w:w="546" w:type="dxa"/>
            <w:vAlign w:val="center"/>
          </w:tcPr>
          <w:p w14:paraId="2EF43220" w14:textId="17634A72" w:rsidR="002F6546" w:rsidRPr="002F6546" w:rsidRDefault="002B3302" w:rsidP="002B33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6" w:type="dxa"/>
            <w:vAlign w:val="center"/>
          </w:tcPr>
          <w:p w14:paraId="6933CBDE" w14:textId="7B580F2C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  <w:vAlign w:val="center"/>
          </w:tcPr>
          <w:p w14:paraId="0320E01D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14:paraId="1F42718F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Align w:val="center"/>
          </w:tcPr>
          <w:p w14:paraId="530B3731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vAlign w:val="center"/>
          </w:tcPr>
          <w:p w14:paraId="70514524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6" w:type="dxa"/>
            <w:vAlign w:val="center"/>
          </w:tcPr>
          <w:p w14:paraId="24DB6707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9" w:type="dxa"/>
            <w:vAlign w:val="center"/>
          </w:tcPr>
          <w:p w14:paraId="499034E7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Align w:val="center"/>
          </w:tcPr>
          <w:p w14:paraId="08A9447E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4" w:type="dxa"/>
            <w:vAlign w:val="center"/>
          </w:tcPr>
          <w:p w14:paraId="07C0EAA8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546" w:rsidRPr="002F6546" w14:paraId="2EB189D5" w14:textId="0EF6E595" w:rsidTr="002B3302">
        <w:trPr>
          <w:trHeight w:val="244"/>
        </w:trPr>
        <w:tc>
          <w:tcPr>
            <w:tcW w:w="546" w:type="dxa"/>
            <w:vAlign w:val="center"/>
          </w:tcPr>
          <w:p w14:paraId="244C8D0E" w14:textId="572BA9EA" w:rsidR="002F6546" w:rsidRPr="002F6546" w:rsidRDefault="002B3302" w:rsidP="002B33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6" w:type="dxa"/>
            <w:vAlign w:val="center"/>
          </w:tcPr>
          <w:p w14:paraId="27CC2003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  <w:vAlign w:val="center"/>
          </w:tcPr>
          <w:p w14:paraId="5CF4E955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14:paraId="3AA83E57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Align w:val="center"/>
          </w:tcPr>
          <w:p w14:paraId="636C6EFD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vAlign w:val="center"/>
          </w:tcPr>
          <w:p w14:paraId="51EAC284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6" w:type="dxa"/>
            <w:vAlign w:val="center"/>
          </w:tcPr>
          <w:p w14:paraId="433932AC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9" w:type="dxa"/>
            <w:vAlign w:val="center"/>
          </w:tcPr>
          <w:p w14:paraId="0CFF4405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Align w:val="center"/>
          </w:tcPr>
          <w:p w14:paraId="24499F20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4" w:type="dxa"/>
            <w:vAlign w:val="center"/>
          </w:tcPr>
          <w:p w14:paraId="30D24199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546" w:rsidRPr="002F6546" w14:paraId="38B26861" w14:textId="0D2B5477" w:rsidTr="002B3302">
        <w:trPr>
          <w:trHeight w:val="259"/>
        </w:trPr>
        <w:tc>
          <w:tcPr>
            <w:tcW w:w="546" w:type="dxa"/>
            <w:vAlign w:val="center"/>
          </w:tcPr>
          <w:p w14:paraId="6C018412" w14:textId="4122602E" w:rsidR="002F6546" w:rsidRPr="002F6546" w:rsidRDefault="002B3302" w:rsidP="002B33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6" w:type="dxa"/>
            <w:vAlign w:val="center"/>
          </w:tcPr>
          <w:p w14:paraId="1134A2A0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  <w:vAlign w:val="center"/>
          </w:tcPr>
          <w:p w14:paraId="2B4F7FCF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14:paraId="23E6FE12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Align w:val="center"/>
          </w:tcPr>
          <w:p w14:paraId="6FADB228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vAlign w:val="center"/>
          </w:tcPr>
          <w:p w14:paraId="75989C84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6" w:type="dxa"/>
            <w:vAlign w:val="center"/>
          </w:tcPr>
          <w:p w14:paraId="01A2BBA0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9" w:type="dxa"/>
            <w:vAlign w:val="center"/>
          </w:tcPr>
          <w:p w14:paraId="56173E1D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Align w:val="center"/>
          </w:tcPr>
          <w:p w14:paraId="040BFEE3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4" w:type="dxa"/>
            <w:vAlign w:val="center"/>
          </w:tcPr>
          <w:p w14:paraId="52541074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546" w:rsidRPr="002F6546" w14:paraId="01C5DAAB" w14:textId="7E0806F5" w:rsidTr="002B3302">
        <w:trPr>
          <w:trHeight w:val="259"/>
        </w:trPr>
        <w:tc>
          <w:tcPr>
            <w:tcW w:w="546" w:type="dxa"/>
            <w:vAlign w:val="center"/>
          </w:tcPr>
          <w:p w14:paraId="2F5B362B" w14:textId="5ED0AD4F" w:rsidR="002F6546" w:rsidRPr="002F6546" w:rsidRDefault="002B3302" w:rsidP="002B33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6" w:type="dxa"/>
            <w:vAlign w:val="center"/>
          </w:tcPr>
          <w:p w14:paraId="5939DCCC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  <w:vAlign w:val="center"/>
          </w:tcPr>
          <w:p w14:paraId="1BD85B66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14:paraId="56371100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Align w:val="center"/>
          </w:tcPr>
          <w:p w14:paraId="199408A4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vAlign w:val="center"/>
          </w:tcPr>
          <w:p w14:paraId="5F1C34AC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6" w:type="dxa"/>
            <w:vAlign w:val="center"/>
          </w:tcPr>
          <w:p w14:paraId="598E61EA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9" w:type="dxa"/>
            <w:vAlign w:val="center"/>
          </w:tcPr>
          <w:p w14:paraId="002DF3AA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vAlign w:val="center"/>
          </w:tcPr>
          <w:p w14:paraId="735B02B2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4" w:type="dxa"/>
            <w:vAlign w:val="center"/>
          </w:tcPr>
          <w:p w14:paraId="14FFD686" w14:textId="77777777" w:rsidR="002F6546" w:rsidRPr="002F6546" w:rsidRDefault="002F6546" w:rsidP="002B33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A5C385D" w14:textId="79DB124F" w:rsidR="002F6546" w:rsidRDefault="002F6546"/>
    <w:p w14:paraId="00DE6BB8" w14:textId="77777777" w:rsidR="002B3302" w:rsidRPr="002B3302" w:rsidRDefault="002B3302">
      <w:pPr>
        <w:rPr>
          <w:rFonts w:ascii="Times New Roman" w:hAnsi="Times New Roman" w:cs="Times New Roman"/>
        </w:rPr>
      </w:pPr>
    </w:p>
    <w:p w14:paraId="789BBEFC" w14:textId="0E5479CC" w:rsidR="002B3302" w:rsidRPr="002B3302" w:rsidRDefault="002B3302" w:rsidP="002B3302">
      <w:pPr>
        <w:jc w:val="center"/>
        <w:rPr>
          <w:rFonts w:ascii="Times New Roman" w:hAnsi="Times New Roman" w:cs="Times New Roman"/>
        </w:rPr>
      </w:pPr>
      <w:r w:rsidRPr="002B3302">
        <w:rPr>
          <w:rFonts w:ascii="Times New Roman" w:hAnsi="Times New Roman" w:cs="Times New Roman"/>
        </w:rPr>
        <w:t xml:space="preserve">             İMZA</w:t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  <w:t xml:space="preserve">                                     </w:t>
      </w:r>
      <w:proofErr w:type="spellStart"/>
      <w:r w:rsidRPr="002B3302">
        <w:rPr>
          <w:rFonts w:ascii="Times New Roman" w:hAnsi="Times New Roman" w:cs="Times New Roman"/>
        </w:rPr>
        <w:t>İMZA</w:t>
      </w:r>
      <w:proofErr w:type="spellEnd"/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  <w:r w:rsidRPr="002B3302">
        <w:rPr>
          <w:rFonts w:ascii="Times New Roman" w:hAnsi="Times New Roman" w:cs="Times New Roman"/>
        </w:rPr>
        <w:tab/>
      </w:r>
    </w:p>
    <w:p w14:paraId="7431C70B" w14:textId="77777777" w:rsidR="002B3302" w:rsidRPr="002B3302" w:rsidRDefault="002B3302" w:rsidP="002B3302">
      <w:pPr>
        <w:jc w:val="center"/>
        <w:rPr>
          <w:rFonts w:ascii="Times New Roman" w:hAnsi="Times New Roman" w:cs="Times New Roman"/>
        </w:rPr>
      </w:pPr>
    </w:p>
    <w:p w14:paraId="10589FDC" w14:textId="74F61DC9" w:rsidR="002B3302" w:rsidRPr="002B3302" w:rsidRDefault="002B3302" w:rsidP="002B3302">
      <w:pPr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…..</w:t>
      </w:r>
      <w:proofErr w:type="gramEnd"/>
      <w:r>
        <w:rPr>
          <w:rFonts w:ascii="Times New Roman" w:hAnsi="Times New Roman" w:cs="Times New Roman"/>
        </w:rPr>
        <w:t>/……/ 202…</w:t>
      </w:r>
    </w:p>
    <w:p w14:paraId="2B411227" w14:textId="2B13F624" w:rsidR="002B3302" w:rsidRPr="002B3302" w:rsidRDefault="002B3302" w:rsidP="002B330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</w:t>
      </w:r>
      <w:r w:rsidRPr="002B3302">
        <w:rPr>
          <w:rFonts w:ascii="Times New Roman" w:hAnsi="Times New Roman" w:cs="Times New Roman"/>
        </w:rPr>
        <w:t>MZA</w:t>
      </w:r>
    </w:p>
    <w:p w14:paraId="25BBE95E" w14:textId="77777777" w:rsidR="002B3302" w:rsidRDefault="002B3302"/>
    <w:sectPr w:rsidR="002B3302" w:rsidSect="002B33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397" w:right="567" w:bottom="397" w:left="56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FC1D7" w14:textId="77777777" w:rsidR="00AA4A24" w:rsidRDefault="00AA4A24" w:rsidP="002B3302">
      <w:pPr>
        <w:spacing w:after="0" w:line="240" w:lineRule="auto"/>
      </w:pPr>
      <w:r>
        <w:separator/>
      </w:r>
    </w:p>
  </w:endnote>
  <w:endnote w:type="continuationSeparator" w:id="0">
    <w:p w14:paraId="2DA247F7" w14:textId="77777777" w:rsidR="00AA4A24" w:rsidRDefault="00AA4A24" w:rsidP="002B3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CBF27" w14:textId="77777777" w:rsidR="00E15DA1" w:rsidRDefault="00E15DA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139CD" w14:textId="77777777" w:rsidR="002B3302" w:rsidRDefault="002B3302">
    <w:pPr>
      <w:pStyle w:val="AltBilgi"/>
    </w:pPr>
    <w:r>
      <w:tab/>
    </w:r>
  </w:p>
  <w:tbl>
    <w:tblPr>
      <w:tblW w:w="502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6346"/>
      <w:gridCol w:w="8636"/>
    </w:tblGrid>
    <w:tr w:rsidR="002B3302" w:rsidRPr="002B3302" w14:paraId="6A4693B7" w14:textId="77777777" w:rsidTr="002B3302">
      <w:trPr>
        <w:trHeight w:val="121"/>
        <w:jc w:val="center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8B343DD" w14:textId="365A10C4" w:rsidR="002B3302" w:rsidRPr="002B3302" w:rsidRDefault="002B3302" w:rsidP="002B3302">
          <w:pPr>
            <w:pStyle w:val="AralkYok"/>
            <w:jc w:val="center"/>
            <w:rPr>
              <w:rFonts w:ascii="Times New Roman" w:hAnsi="Times New Roman" w:cs="Times New Roman"/>
            </w:rPr>
          </w:pPr>
          <w:bookmarkStart w:id="1" w:name="_Hlk211867134"/>
          <w:proofErr w:type="spellStart"/>
          <w:r w:rsidRPr="002B3302">
            <w:rPr>
              <w:rFonts w:ascii="Times New Roman" w:hAnsi="Times New Roman" w:cs="Times New Roman"/>
            </w:rPr>
            <w:t>Hazırlayan</w:t>
          </w:r>
          <w:proofErr w:type="spellEnd"/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03F5FB0" w14:textId="3842090B" w:rsidR="002B3302" w:rsidRPr="002B3302" w:rsidRDefault="002B3302" w:rsidP="002B3302">
          <w:pPr>
            <w:pStyle w:val="AralkYok"/>
            <w:jc w:val="center"/>
            <w:rPr>
              <w:rFonts w:ascii="Times New Roman" w:hAnsi="Times New Roman" w:cs="Times New Roman"/>
            </w:rPr>
          </w:pPr>
          <w:proofErr w:type="spellStart"/>
          <w:r w:rsidRPr="002B3302">
            <w:rPr>
              <w:rFonts w:ascii="Times New Roman" w:hAnsi="Times New Roman" w:cs="Times New Roman"/>
            </w:rPr>
            <w:t>Onaylayan</w:t>
          </w:r>
          <w:proofErr w:type="spellEnd"/>
        </w:p>
      </w:tc>
    </w:tr>
    <w:tr w:rsidR="002B3302" w:rsidRPr="002B3302" w14:paraId="09B3B460" w14:textId="77777777" w:rsidTr="002B3302">
      <w:trPr>
        <w:trHeight w:val="102"/>
        <w:jc w:val="center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9DB6D6" w14:textId="77777777" w:rsidR="002B3302" w:rsidRPr="002B3302" w:rsidRDefault="002B3302" w:rsidP="002B3302">
          <w:pPr>
            <w:pStyle w:val="AralkYok"/>
            <w:jc w:val="center"/>
            <w:rPr>
              <w:rFonts w:ascii="Times New Roman" w:hAnsi="Times New Roman" w:cs="Times New Roman"/>
            </w:rPr>
          </w:pPr>
          <w:proofErr w:type="spellStart"/>
          <w:r w:rsidRPr="002B3302">
            <w:rPr>
              <w:rFonts w:ascii="Times New Roman" w:hAnsi="Times New Roman" w:cs="Times New Roman"/>
            </w:rPr>
            <w:t>Kalite</w:t>
          </w:r>
          <w:proofErr w:type="spellEnd"/>
          <w:r w:rsidRPr="002B3302">
            <w:rPr>
              <w:rFonts w:ascii="Times New Roman" w:hAnsi="Times New Roman" w:cs="Times New Roman"/>
            </w:rPr>
            <w:t xml:space="preserve"> </w:t>
          </w:r>
          <w:proofErr w:type="spellStart"/>
          <w:r w:rsidRPr="002B3302">
            <w:rPr>
              <w:rFonts w:ascii="Times New Roman" w:hAnsi="Times New Roman" w:cs="Times New Roman"/>
            </w:rPr>
            <w:t>Koordinatörlüğü</w:t>
          </w:r>
          <w:proofErr w:type="spellEnd"/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D7C040A" w14:textId="77777777" w:rsidR="002B3302" w:rsidRPr="002B3302" w:rsidRDefault="002B3302" w:rsidP="002B3302">
          <w:pPr>
            <w:pStyle w:val="AralkYok"/>
            <w:jc w:val="center"/>
            <w:rPr>
              <w:rFonts w:ascii="Times New Roman" w:hAnsi="Times New Roman" w:cs="Times New Roman"/>
            </w:rPr>
          </w:pPr>
          <w:proofErr w:type="spellStart"/>
          <w:r w:rsidRPr="002B3302">
            <w:rPr>
              <w:rFonts w:ascii="Times New Roman" w:hAnsi="Times New Roman" w:cs="Times New Roman"/>
            </w:rPr>
            <w:t>Rektör</w:t>
          </w:r>
          <w:proofErr w:type="spellEnd"/>
        </w:p>
      </w:tc>
    </w:tr>
  </w:tbl>
  <w:p w14:paraId="4E1B77F4" w14:textId="6C1E1FC3" w:rsidR="002B3302" w:rsidRPr="002B3302" w:rsidRDefault="002B3302" w:rsidP="002B3302">
    <w:pPr>
      <w:pStyle w:val="AralkYok"/>
      <w:jc w:val="center"/>
      <w:rPr>
        <w:rFonts w:ascii="Times New Roman" w:hAnsi="Times New Roman" w:cs="Times New Roman"/>
        <w:color w:val="EE0000"/>
      </w:rPr>
    </w:pPr>
    <w:bookmarkStart w:id="2" w:name="_Hlk211867140"/>
    <w:bookmarkStart w:id="3" w:name="_Hlk211867141"/>
    <w:bookmarkEnd w:id="1"/>
    <w:proofErr w:type="spellStart"/>
    <w:r w:rsidRPr="002B3302">
      <w:rPr>
        <w:rFonts w:ascii="Times New Roman" w:hAnsi="Times New Roman" w:cs="Times New Roman"/>
        <w:color w:val="EE0000"/>
      </w:rPr>
      <w:t>Önemli</w:t>
    </w:r>
    <w:proofErr w:type="spellEnd"/>
    <w:r w:rsidRPr="002B3302">
      <w:rPr>
        <w:rFonts w:ascii="Times New Roman" w:hAnsi="Times New Roman" w:cs="Times New Roman"/>
        <w:color w:val="EE0000"/>
      </w:rPr>
      <w:t xml:space="preserve">: </w:t>
    </w:r>
    <w:proofErr w:type="spellStart"/>
    <w:r w:rsidRPr="002B3302">
      <w:rPr>
        <w:rFonts w:ascii="Times New Roman" w:hAnsi="Times New Roman" w:cs="Times New Roman"/>
        <w:color w:val="EE0000"/>
      </w:rPr>
      <w:t>Kalite</w:t>
    </w:r>
    <w:proofErr w:type="spellEnd"/>
    <w:r w:rsidRPr="002B3302">
      <w:rPr>
        <w:rFonts w:ascii="Times New Roman" w:hAnsi="Times New Roman" w:cs="Times New Roman"/>
        <w:color w:val="EE0000"/>
      </w:rPr>
      <w:t xml:space="preserve"> </w:t>
    </w:r>
    <w:proofErr w:type="spellStart"/>
    <w:r w:rsidRPr="002B3302">
      <w:rPr>
        <w:rFonts w:ascii="Times New Roman" w:hAnsi="Times New Roman" w:cs="Times New Roman"/>
        <w:color w:val="EE0000"/>
      </w:rPr>
      <w:t>Yönetim</w:t>
    </w:r>
    <w:proofErr w:type="spellEnd"/>
    <w:r w:rsidRPr="002B3302">
      <w:rPr>
        <w:rFonts w:ascii="Times New Roman" w:hAnsi="Times New Roman" w:cs="Times New Roman"/>
        <w:color w:val="EE0000"/>
      </w:rPr>
      <w:t xml:space="preserve"> </w:t>
    </w:r>
    <w:proofErr w:type="spellStart"/>
    <w:r w:rsidRPr="002B3302">
      <w:rPr>
        <w:rFonts w:ascii="Times New Roman" w:hAnsi="Times New Roman" w:cs="Times New Roman"/>
        <w:color w:val="EE0000"/>
      </w:rPr>
      <w:t>Sistemi’ne</w:t>
    </w:r>
    <w:proofErr w:type="spellEnd"/>
    <w:r w:rsidRPr="002B3302">
      <w:rPr>
        <w:rFonts w:ascii="Times New Roman" w:hAnsi="Times New Roman" w:cs="Times New Roman"/>
        <w:color w:val="EE0000"/>
      </w:rPr>
      <w:t xml:space="preserve"> </w:t>
    </w:r>
    <w:proofErr w:type="spellStart"/>
    <w:r w:rsidRPr="002B3302">
      <w:rPr>
        <w:rFonts w:ascii="Times New Roman" w:hAnsi="Times New Roman" w:cs="Times New Roman"/>
        <w:color w:val="EE0000"/>
      </w:rPr>
      <w:t>ait</w:t>
    </w:r>
    <w:proofErr w:type="spellEnd"/>
    <w:r w:rsidRPr="002B3302">
      <w:rPr>
        <w:rFonts w:ascii="Times New Roman" w:hAnsi="Times New Roman" w:cs="Times New Roman"/>
        <w:color w:val="EE0000"/>
      </w:rPr>
      <w:t xml:space="preserve"> </w:t>
    </w:r>
    <w:proofErr w:type="spellStart"/>
    <w:r w:rsidRPr="002B3302">
      <w:rPr>
        <w:rFonts w:ascii="Times New Roman" w:hAnsi="Times New Roman" w:cs="Times New Roman"/>
        <w:color w:val="EE0000"/>
      </w:rPr>
      <w:t>güncel</w:t>
    </w:r>
    <w:proofErr w:type="spellEnd"/>
    <w:r w:rsidRPr="002B3302">
      <w:rPr>
        <w:rFonts w:ascii="Times New Roman" w:hAnsi="Times New Roman" w:cs="Times New Roman"/>
        <w:color w:val="EE0000"/>
      </w:rPr>
      <w:t xml:space="preserve"> </w:t>
    </w:r>
    <w:proofErr w:type="spellStart"/>
    <w:r w:rsidRPr="002B3302">
      <w:rPr>
        <w:rFonts w:ascii="Times New Roman" w:hAnsi="Times New Roman" w:cs="Times New Roman"/>
        <w:color w:val="EE0000"/>
      </w:rPr>
      <w:t>dokümanlar</w:t>
    </w:r>
    <w:proofErr w:type="spellEnd"/>
    <w:r w:rsidRPr="002B3302">
      <w:rPr>
        <w:rFonts w:ascii="Times New Roman" w:hAnsi="Times New Roman" w:cs="Times New Roman"/>
        <w:color w:val="EE0000"/>
      </w:rPr>
      <w:t xml:space="preserve"> https://kys.ksbu.edu.tr/</w:t>
    </w:r>
    <w:r w:rsidRPr="002B3302">
      <w:rPr>
        <w:rFonts w:ascii="Times New Roman" w:hAnsi="Times New Roman" w:cs="Times New Roman"/>
        <w:color w:val="EE0000"/>
        <w:u w:val="single"/>
      </w:rPr>
      <w:t xml:space="preserve"> </w:t>
    </w:r>
    <w:r w:rsidRPr="002B3302">
      <w:rPr>
        <w:rFonts w:ascii="Times New Roman" w:hAnsi="Times New Roman" w:cs="Times New Roman"/>
        <w:color w:val="EE0000"/>
      </w:rPr>
      <w:t xml:space="preserve">internet </w:t>
    </w:r>
    <w:proofErr w:type="spellStart"/>
    <w:r w:rsidRPr="002B3302">
      <w:rPr>
        <w:rFonts w:ascii="Times New Roman" w:hAnsi="Times New Roman" w:cs="Times New Roman"/>
        <w:color w:val="EE0000"/>
      </w:rPr>
      <w:t>sayfasında</w:t>
    </w:r>
    <w:proofErr w:type="spellEnd"/>
    <w:r w:rsidRPr="002B3302">
      <w:rPr>
        <w:rFonts w:ascii="Times New Roman" w:hAnsi="Times New Roman" w:cs="Times New Roman"/>
        <w:color w:val="EE0000"/>
      </w:rPr>
      <w:t xml:space="preserve"> </w:t>
    </w:r>
    <w:proofErr w:type="spellStart"/>
    <w:r w:rsidRPr="002B3302">
      <w:rPr>
        <w:rFonts w:ascii="Times New Roman" w:hAnsi="Times New Roman" w:cs="Times New Roman"/>
        <w:color w:val="EE0000"/>
      </w:rPr>
      <w:t>bulunmaktadır</w:t>
    </w:r>
    <w:proofErr w:type="spellEnd"/>
    <w:r w:rsidRPr="002B3302">
      <w:rPr>
        <w:rFonts w:ascii="Times New Roman" w:hAnsi="Times New Roman" w:cs="Times New Roman"/>
        <w:color w:val="EE0000"/>
      </w:rPr>
      <w:t>.</w:t>
    </w:r>
  </w:p>
  <w:p w14:paraId="0ED5A482" w14:textId="77777777" w:rsidR="002B3302" w:rsidRPr="002B3302" w:rsidRDefault="002B3302" w:rsidP="002B3302">
    <w:pPr>
      <w:pStyle w:val="AralkYok"/>
      <w:jc w:val="center"/>
      <w:rPr>
        <w:rFonts w:ascii="Times New Roman" w:hAnsi="Times New Roman" w:cs="Times New Roman"/>
        <w:color w:val="EE0000"/>
      </w:rPr>
    </w:pPr>
    <w:r w:rsidRPr="002B3302">
      <w:rPr>
        <w:rFonts w:ascii="Times New Roman" w:hAnsi="Times New Roman" w:cs="Times New Roman"/>
        <w:color w:val="EE0000"/>
      </w:rPr>
      <w:t xml:space="preserve">Basılan </w:t>
    </w:r>
    <w:proofErr w:type="spellStart"/>
    <w:r w:rsidRPr="002B3302">
      <w:rPr>
        <w:rFonts w:ascii="Times New Roman" w:hAnsi="Times New Roman" w:cs="Times New Roman"/>
        <w:color w:val="EE0000"/>
      </w:rPr>
      <w:t>dokümanlar</w:t>
    </w:r>
    <w:proofErr w:type="spellEnd"/>
    <w:r w:rsidRPr="002B3302">
      <w:rPr>
        <w:rFonts w:ascii="Times New Roman" w:hAnsi="Times New Roman" w:cs="Times New Roman"/>
        <w:color w:val="EE0000"/>
      </w:rPr>
      <w:t xml:space="preserve"> “</w:t>
    </w:r>
    <w:proofErr w:type="spellStart"/>
    <w:r w:rsidRPr="002B3302">
      <w:rPr>
        <w:rFonts w:ascii="Times New Roman" w:hAnsi="Times New Roman" w:cs="Times New Roman"/>
        <w:color w:val="EE0000"/>
      </w:rPr>
      <w:t>Kontrolsüz</w:t>
    </w:r>
    <w:proofErr w:type="spellEnd"/>
    <w:r w:rsidRPr="002B3302">
      <w:rPr>
        <w:rFonts w:ascii="Times New Roman" w:hAnsi="Times New Roman" w:cs="Times New Roman"/>
        <w:color w:val="EE0000"/>
      </w:rPr>
      <w:t xml:space="preserve"> </w:t>
    </w:r>
    <w:proofErr w:type="spellStart"/>
    <w:r w:rsidRPr="002B3302">
      <w:rPr>
        <w:rFonts w:ascii="Times New Roman" w:hAnsi="Times New Roman" w:cs="Times New Roman"/>
        <w:color w:val="EE0000"/>
      </w:rPr>
      <w:t>Kopya</w:t>
    </w:r>
    <w:proofErr w:type="spellEnd"/>
    <w:r w:rsidRPr="002B3302">
      <w:rPr>
        <w:rFonts w:ascii="Times New Roman" w:hAnsi="Times New Roman" w:cs="Times New Roman"/>
        <w:color w:val="EE0000"/>
      </w:rPr>
      <w:t xml:space="preserve">” </w:t>
    </w:r>
    <w:proofErr w:type="spellStart"/>
    <w:r w:rsidRPr="002B3302">
      <w:rPr>
        <w:rFonts w:ascii="Times New Roman" w:hAnsi="Times New Roman" w:cs="Times New Roman"/>
        <w:color w:val="EE0000"/>
      </w:rPr>
      <w:t>hükmündedir</w:t>
    </w:r>
    <w:bookmarkEnd w:id="2"/>
    <w:bookmarkEnd w:id="3"/>
    <w:proofErr w:type="spellEnd"/>
  </w:p>
  <w:p w14:paraId="24349F4C" w14:textId="5EDF7F3D" w:rsidR="002B3302" w:rsidRDefault="002B330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EB3D8" w14:textId="77777777" w:rsidR="00E15DA1" w:rsidRDefault="00E15DA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74F2B" w14:textId="77777777" w:rsidR="00AA4A24" w:rsidRDefault="00AA4A24" w:rsidP="002B3302">
      <w:pPr>
        <w:spacing w:after="0" w:line="240" w:lineRule="auto"/>
      </w:pPr>
      <w:r>
        <w:separator/>
      </w:r>
    </w:p>
  </w:footnote>
  <w:footnote w:type="continuationSeparator" w:id="0">
    <w:p w14:paraId="136FDC45" w14:textId="77777777" w:rsidR="00AA4A24" w:rsidRDefault="00AA4A24" w:rsidP="002B3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04FC9" w14:textId="77777777" w:rsidR="00E15DA1" w:rsidRDefault="00E15DA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7"/>
      <w:gridCol w:w="10063"/>
      <w:gridCol w:w="1829"/>
      <w:gridCol w:w="1467"/>
    </w:tblGrid>
    <w:tr w:rsidR="002B3302" w:rsidRPr="00E86DBC" w14:paraId="441A48E5" w14:textId="77777777" w:rsidTr="002B3302">
      <w:trPr>
        <w:trHeight w:hRule="exact" w:val="393"/>
        <w:jc w:val="center"/>
      </w:trPr>
      <w:tc>
        <w:tcPr>
          <w:tcW w:w="501" w:type="pct"/>
          <w:vMerge w:val="restart"/>
          <w:tcBorders>
            <w:right w:val="nil"/>
          </w:tcBorders>
          <w:vAlign w:val="center"/>
        </w:tcPr>
        <w:p w14:paraId="0DA8FA95" w14:textId="7014CF39" w:rsidR="002B3302" w:rsidRPr="00E86DBC" w:rsidRDefault="002B3302" w:rsidP="002B3302">
          <w:pPr>
            <w:rPr>
              <w:rFonts w:ascii="Times New Roman" w:hAnsi="Times New Roman" w:cs="Times New Roman"/>
            </w:rPr>
          </w:pPr>
          <w:r w:rsidRPr="00E86DBC">
            <w:rPr>
              <w:rFonts w:ascii="Times New Roman" w:hAnsi="Times New Roman" w:cs="Times New Roman"/>
              <w:noProof/>
              <w:lang w:val="tr-TR" w:eastAsia="tr-TR"/>
            </w:rPr>
            <w:drawing>
              <wp:anchor distT="0" distB="0" distL="114300" distR="114300" simplePos="0" relativeHeight="251660288" behindDoc="0" locked="0" layoutInCell="1" allowOverlap="1" wp14:anchorId="1D33FF1C" wp14:editId="12616B87">
                <wp:simplePos x="0" y="0"/>
                <wp:positionH relativeFrom="column">
                  <wp:posOffset>14605</wp:posOffset>
                </wp:positionH>
                <wp:positionV relativeFrom="paragraph">
                  <wp:posOffset>-70485</wp:posOffset>
                </wp:positionV>
                <wp:extent cx="756920" cy="830580"/>
                <wp:effectExtent l="0" t="0" r="5080" b="7620"/>
                <wp:wrapNone/>
                <wp:docPr id="815451118" name="Resim 1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logo, grafik, amblem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89" w:type="pct"/>
          <w:vMerge w:val="restart"/>
          <w:tcBorders>
            <w:right w:val="single" w:sz="4" w:space="0" w:color="auto"/>
          </w:tcBorders>
          <w:vAlign w:val="center"/>
        </w:tcPr>
        <w:p w14:paraId="1C00D03E" w14:textId="77777777" w:rsidR="002B3302" w:rsidRPr="002B3302" w:rsidRDefault="002B3302" w:rsidP="002B3302">
          <w:pPr>
            <w:spacing w:after="0" w:line="240" w:lineRule="atLeast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B3302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14:paraId="2B82E484" w14:textId="5ECA8FF0" w:rsidR="002B3302" w:rsidRPr="00E86DBC" w:rsidRDefault="002B3302" w:rsidP="002B3302">
          <w:pPr>
            <w:spacing w:after="0" w:line="240" w:lineRule="atLeast"/>
            <w:jc w:val="center"/>
          </w:pPr>
          <w:r w:rsidRPr="002B3302">
            <w:rPr>
              <w:rFonts w:ascii="Times New Roman" w:hAnsi="Times New Roman" w:cs="Times New Roman"/>
              <w:b/>
              <w:sz w:val="24"/>
              <w:szCs w:val="24"/>
            </w:rPr>
            <w:t>KÜTAHYA SAĞLIK BİLİMLERİ ÜNİVERSİTESİ</w:t>
          </w:r>
        </w:p>
      </w:tc>
      <w:tc>
        <w:tcPr>
          <w:tcW w:w="616" w:type="pct"/>
          <w:tcBorders>
            <w:right w:val="single" w:sz="4" w:space="0" w:color="auto"/>
          </w:tcBorders>
          <w:vAlign w:val="center"/>
        </w:tcPr>
        <w:p w14:paraId="57856648" w14:textId="0D9CC124" w:rsidR="002B3302" w:rsidRPr="002B3302" w:rsidRDefault="002B3302" w:rsidP="002B3302">
          <w:pPr>
            <w:spacing w:after="0" w:line="240" w:lineRule="atLeast"/>
            <w:rPr>
              <w:rFonts w:ascii="Times New Roman" w:hAnsi="Times New Roman" w:cs="Times New Roman"/>
              <w:b/>
            </w:rPr>
          </w:pPr>
          <w:proofErr w:type="spellStart"/>
          <w:r w:rsidRPr="002B3302">
            <w:rPr>
              <w:rFonts w:ascii="Times New Roman" w:hAnsi="Times New Roman" w:cs="Times New Roman"/>
              <w:b/>
            </w:rPr>
            <w:t>Doküman</w:t>
          </w:r>
          <w:proofErr w:type="spellEnd"/>
          <w:r w:rsidRPr="002B3302">
            <w:rPr>
              <w:rFonts w:ascii="Times New Roman" w:hAnsi="Times New Roman" w:cs="Times New Roman"/>
              <w:b/>
            </w:rPr>
            <w:t xml:space="preserve"> No</w:t>
          </w:r>
        </w:p>
      </w:tc>
      <w:tc>
        <w:tcPr>
          <w:tcW w:w="494" w:type="pct"/>
          <w:tcBorders>
            <w:left w:val="single" w:sz="4" w:space="0" w:color="auto"/>
          </w:tcBorders>
          <w:vAlign w:val="center"/>
        </w:tcPr>
        <w:p w14:paraId="33B1B931" w14:textId="58FC4987" w:rsidR="002B3302" w:rsidRPr="002B3302" w:rsidRDefault="00E15DA1" w:rsidP="00E15DA1">
          <w:pPr>
            <w:spacing w:after="0" w:line="240" w:lineRule="atLeast"/>
            <w:jc w:val="center"/>
            <w:rPr>
              <w:rFonts w:ascii="Times New Roman" w:hAnsi="Times New Roman" w:cs="Times New Roman"/>
              <w:bCs/>
            </w:rPr>
          </w:pPr>
          <w:r>
            <w:rPr>
              <w:rFonts w:ascii="Times New Roman" w:hAnsi="Times New Roman" w:cs="Times New Roman"/>
              <w:bCs/>
            </w:rPr>
            <w:t>F173</w:t>
          </w:r>
        </w:p>
      </w:tc>
    </w:tr>
    <w:tr w:rsidR="002B3302" w:rsidRPr="00E86DBC" w14:paraId="6E0FA920" w14:textId="77777777" w:rsidTr="002B3302">
      <w:trPr>
        <w:trHeight w:hRule="exact" w:val="393"/>
        <w:jc w:val="center"/>
      </w:trPr>
      <w:tc>
        <w:tcPr>
          <w:tcW w:w="501" w:type="pct"/>
          <w:vMerge/>
          <w:tcBorders>
            <w:bottom w:val="single" w:sz="4" w:space="0" w:color="auto"/>
            <w:right w:val="nil"/>
          </w:tcBorders>
          <w:vAlign w:val="center"/>
        </w:tcPr>
        <w:p w14:paraId="3F6B4698" w14:textId="77777777" w:rsidR="002B3302" w:rsidRPr="00E86DBC" w:rsidRDefault="002B3302" w:rsidP="002B3302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3389" w:type="pct"/>
          <w:vMerge/>
          <w:tcBorders>
            <w:right w:val="single" w:sz="4" w:space="0" w:color="auto"/>
          </w:tcBorders>
          <w:vAlign w:val="center"/>
        </w:tcPr>
        <w:p w14:paraId="1180010D" w14:textId="77777777" w:rsidR="002B3302" w:rsidRPr="00E86DBC" w:rsidRDefault="002B3302" w:rsidP="002B3302">
          <w:pPr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616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76B4FC4D" w14:textId="77777777" w:rsidR="002B3302" w:rsidRPr="002B3302" w:rsidRDefault="002B3302" w:rsidP="002B3302">
          <w:pPr>
            <w:spacing w:after="0" w:line="240" w:lineRule="atLeast"/>
            <w:rPr>
              <w:rFonts w:ascii="Times New Roman" w:hAnsi="Times New Roman" w:cs="Times New Roman"/>
              <w:b/>
            </w:rPr>
          </w:pPr>
          <w:proofErr w:type="spellStart"/>
          <w:r w:rsidRPr="002B3302">
            <w:rPr>
              <w:rFonts w:ascii="Times New Roman" w:hAnsi="Times New Roman" w:cs="Times New Roman"/>
              <w:b/>
            </w:rPr>
            <w:t>Yayın</w:t>
          </w:r>
          <w:proofErr w:type="spellEnd"/>
          <w:r w:rsidRPr="002B3302">
            <w:rPr>
              <w:rFonts w:ascii="Times New Roman" w:hAnsi="Times New Roman" w:cs="Times New Roman"/>
              <w:b/>
            </w:rPr>
            <w:t xml:space="preserve"> </w:t>
          </w:r>
          <w:proofErr w:type="spellStart"/>
          <w:r w:rsidRPr="002B3302">
            <w:rPr>
              <w:rFonts w:ascii="Times New Roman" w:hAnsi="Times New Roman" w:cs="Times New Roman"/>
              <w:b/>
            </w:rPr>
            <w:t>Tarihi</w:t>
          </w:r>
          <w:proofErr w:type="spellEnd"/>
        </w:p>
      </w:tc>
      <w:tc>
        <w:tcPr>
          <w:tcW w:w="494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1840191A" w14:textId="5CF7EB29" w:rsidR="002B3302" w:rsidRPr="002B3302" w:rsidRDefault="00E15DA1" w:rsidP="002B3302">
          <w:pPr>
            <w:spacing w:after="0" w:line="240" w:lineRule="atLeast"/>
            <w:jc w:val="center"/>
            <w:rPr>
              <w:rFonts w:ascii="Times New Roman" w:hAnsi="Times New Roman" w:cs="Times New Roman"/>
              <w:bCs/>
            </w:rPr>
          </w:pPr>
          <w:r>
            <w:rPr>
              <w:rFonts w:ascii="Times New Roman" w:hAnsi="Times New Roman" w:cs="Times New Roman"/>
              <w:bCs/>
            </w:rPr>
            <w:t>21.08.2026</w:t>
          </w:r>
          <w:bookmarkStart w:id="0" w:name="_GoBack"/>
          <w:bookmarkEnd w:id="0"/>
        </w:p>
      </w:tc>
    </w:tr>
    <w:tr w:rsidR="002B3302" w:rsidRPr="00E86DBC" w14:paraId="55092EE2" w14:textId="77777777" w:rsidTr="002B3302">
      <w:trPr>
        <w:trHeight w:hRule="exact" w:val="393"/>
        <w:jc w:val="center"/>
      </w:trPr>
      <w:tc>
        <w:tcPr>
          <w:tcW w:w="501" w:type="pct"/>
          <w:vMerge/>
          <w:vAlign w:val="center"/>
        </w:tcPr>
        <w:p w14:paraId="69D810AE" w14:textId="77777777" w:rsidR="002B3302" w:rsidRPr="00E86DBC" w:rsidRDefault="002B3302" w:rsidP="002B3302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3389" w:type="pct"/>
          <w:vMerge/>
          <w:tcBorders>
            <w:right w:val="single" w:sz="4" w:space="0" w:color="auto"/>
          </w:tcBorders>
          <w:vAlign w:val="center"/>
        </w:tcPr>
        <w:p w14:paraId="2104DE52" w14:textId="77777777" w:rsidR="002B3302" w:rsidRPr="00E86DBC" w:rsidRDefault="002B3302" w:rsidP="002B3302">
          <w:pPr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616" w:type="pct"/>
          <w:tcBorders>
            <w:right w:val="single" w:sz="4" w:space="0" w:color="auto"/>
          </w:tcBorders>
          <w:vAlign w:val="center"/>
        </w:tcPr>
        <w:p w14:paraId="52D1B3F9" w14:textId="77777777" w:rsidR="002B3302" w:rsidRPr="002B3302" w:rsidRDefault="002B3302" w:rsidP="002B3302">
          <w:pPr>
            <w:spacing w:after="0" w:line="240" w:lineRule="atLeast"/>
            <w:rPr>
              <w:rFonts w:ascii="Times New Roman" w:hAnsi="Times New Roman" w:cs="Times New Roman"/>
              <w:b/>
            </w:rPr>
          </w:pPr>
          <w:proofErr w:type="spellStart"/>
          <w:r w:rsidRPr="002B3302">
            <w:rPr>
              <w:rFonts w:ascii="Times New Roman" w:hAnsi="Times New Roman" w:cs="Times New Roman"/>
              <w:b/>
            </w:rPr>
            <w:t>Revizyon</w:t>
          </w:r>
          <w:proofErr w:type="spellEnd"/>
          <w:r w:rsidRPr="002B3302">
            <w:rPr>
              <w:rFonts w:ascii="Times New Roman" w:hAnsi="Times New Roman" w:cs="Times New Roman"/>
              <w:b/>
            </w:rPr>
            <w:t xml:space="preserve"> No</w:t>
          </w:r>
        </w:p>
      </w:tc>
      <w:tc>
        <w:tcPr>
          <w:tcW w:w="494" w:type="pct"/>
          <w:tcBorders>
            <w:left w:val="single" w:sz="4" w:space="0" w:color="auto"/>
          </w:tcBorders>
          <w:vAlign w:val="center"/>
        </w:tcPr>
        <w:p w14:paraId="51F23C89" w14:textId="77777777" w:rsidR="002B3302" w:rsidRPr="002B3302" w:rsidRDefault="002B3302" w:rsidP="002B3302">
          <w:pPr>
            <w:spacing w:after="0" w:line="240" w:lineRule="atLeast"/>
            <w:jc w:val="center"/>
            <w:rPr>
              <w:rFonts w:ascii="Times New Roman" w:hAnsi="Times New Roman" w:cs="Times New Roman"/>
              <w:bCs/>
            </w:rPr>
          </w:pPr>
          <w:r w:rsidRPr="002B3302">
            <w:rPr>
              <w:rFonts w:ascii="Times New Roman" w:hAnsi="Times New Roman" w:cs="Times New Roman"/>
              <w:bCs/>
            </w:rPr>
            <w:t>-</w:t>
          </w:r>
        </w:p>
      </w:tc>
    </w:tr>
    <w:tr w:rsidR="002B3302" w:rsidRPr="00E86DBC" w14:paraId="3F2C2FD6" w14:textId="37212532" w:rsidTr="002B3302">
      <w:trPr>
        <w:trHeight w:hRule="exact" w:val="393"/>
        <w:jc w:val="center"/>
      </w:trPr>
      <w:tc>
        <w:tcPr>
          <w:tcW w:w="501" w:type="pct"/>
          <w:vMerge/>
          <w:vAlign w:val="center"/>
        </w:tcPr>
        <w:p w14:paraId="5C586925" w14:textId="77777777" w:rsidR="002B3302" w:rsidRPr="00E86DBC" w:rsidRDefault="002B3302" w:rsidP="002B3302">
          <w:pPr>
            <w:rPr>
              <w:rFonts w:ascii="Times New Roman" w:hAnsi="Times New Roman" w:cs="Times New Roman"/>
            </w:rPr>
          </w:pPr>
        </w:p>
      </w:tc>
      <w:tc>
        <w:tcPr>
          <w:tcW w:w="3389" w:type="pct"/>
          <w:tcBorders>
            <w:right w:val="single" w:sz="4" w:space="0" w:color="auto"/>
          </w:tcBorders>
          <w:vAlign w:val="center"/>
        </w:tcPr>
        <w:p w14:paraId="46C69080" w14:textId="3FE335EA" w:rsidR="002B3302" w:rsidRPr="00EE0CB3" w:rsidRDefault="002B3302" w:rsidP="002B3302">
          <w:pPr>
            <w:spacing w:after="0" w:line="240" w:lineRule="atLeast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ÇİFT ANADAL (ÇAP) BAŞVURU DEĞERLENDİRME FORMU</w:t>
          </w:r>
        </w:p>
      </w:tc>
      <w:tc>
        <w:tcPr>
          <w:tcW w:w="616" w:type="pct"/>
          <w:tcBorders>
            <w:right w:val="single" w:sz="4" w:space="0" w:color="auto"/>
          </w:tcBorders>
          <w:vAlign w:val="center"/>
        </w:tcPr>
        <w:p w14:paraId="4AA25318" w14:textId="77777777" w:rsidR="002B3302" w:rsidRPr="002B3302" w:rsidRDefault="002B3302" w:rsidP="002B3302">
          <w:pPr>
            <w:spacing w:after="0" w:line="240" w:lineRule="atLeast"/>
            <w:rPr>
              <w:rFonts w:ascii="Times New Roman" w:hAnsi="Times New Roman" w:cs="Times New Roman"/>
              <w:b/>
            </w:rPr>
          </w:pPr>
          <w:proofErr w:type="spellStart"/>
          <w:r w:rsidRPr="002B3302">
            <w:rPr>
              <w:rFonts w:ascii="Times New Roman" w:hAnsi="Times New Roman" w:cs="Times New Roman"/>
              <w:b/>
            </w:rPr>
            <w:t>Revizyon</w:t>
          </w:r>
          <w:proofErr w:type="spellEnd"/>
          <w:r w:rsidRPr="002B3302">
            <w:rPr>
              <w:rFonts w:ascii="Times New Roman" w:hAnsi="Times New Roman" w:cs="Times New Roman"/>
              <w:b/>
            </w:rPr>
            <w:t xml:space="preserve"> </w:t>
          </w:r>
          <w:proofErr w:type="spellStart"/>
          <w:r w:rsidRPr="002B3302">
            <w:rPr>
              <w:rFonts w:ascii="Times New Roman" w:hAnsi="Times New Roman" w:cs="Times New Roman"/>
              <w:b/>
            </w:rPr>
            <w:t>Tarihi</w:t>
          </w:r>
          <w:proofErr w:type="spellEnd"/>
        </w:p>
      </w:tc>
      <w:tc>
        <w:tcPr>
          <w:tcW w:w="494" w:type="pct"/>
          <w:tcBorders>
            <w:left w:val="single" w:sz="4" w:space="0" w:color="auto"/>
          </w:tcBorders>
          <w:vAlign w:val="center"/>
        </w:tcPr>
        <w:p w14:paraId="505A9C54" w14:textId="77777777" w:rsidR="002B3302" w:rsidRPr="002B3302" w:rsidRDefault="002B3302" w:rsidP="002B3302">
          <w:pPr>
            <w:spacing w:after="0" w:line="240" w:lineRule="atLeast"/>
            <w:jc w:val="center"/>
            <w:rPr>
              <w:rFonts w:ascii="Times New Roman" w:hAnsi="Times New Roman" w:cs="Times New Roman"/>
              <w:bCs/>
            </w:rPr>
          </w:pPr>
          <w:r w:rsidRPr="002B3302">
            <w:rPr>
              <w:rFonts w:ascii="Times New Roman" w:hAnsi="Times New Roman" w:cs="Times New Roman"/>
              <w:bCs/>
            </w:rPr>
            <w:t>-</w:t>
          </w:r>
        </w:p>
      </w:tc>
    </w:tr>
  </w:tbl>
  <w:p w14:paraId="7062B82E" w14:textId="77777777" w:rsidR="002B3302" w:rsidRDefault="002B33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055B4" w14:textId="77777777" w:rsidR="00E15DA1" w:rsidRDefault="00E15DA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7F1D"/>
    <w:rsid w:val="0006063C"/>
    <w:rsid w:val="001156DA"/>
    <w:rsid w:val="0015074B"/>
    <w:rsid w:val="00233F9C"/>
    <w:rsid w:val="00291769"/>
    <w:rsid w:val="0029639D"/>
    <w:rsid w:val="002B3302"/>
    <w:rsid w:val="002F6546"/>
    <w:rsid w:val="00326F90"/>
    <w:rsid w:val="007F5DB6"/>
    <w:rsid w:val="00886F49"/>
    <w:rsid w:val="009E1BF3"/>
    <w:rsid w:val="00AA1D8D"/>
    <w:rsid w:val="00AA4A24"/>
    <w:rsid w:val="00B47730"/>
    <w:rsid w:val="00C55ED7"/>
    <w:rsid w:val="00CB0664"/>
    <w:rsid w:val="00E15DA1"/>
    <w:rsid w:val="00F655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A9B613"/>
  <w14:defaultImageDpi w14:val="300"/>
  <w15:docId w15:val="{A9FFFF60-A335-423B-B6EA-BD9DEDA8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ltbilgiChar0">
    <w:name w:val="Altbilgi Char"/>
    <w:rsid w:val="002B33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878260-A59C-4FA1-AA76-B59811EF7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EBRU YENİ</cp:lastModifiedBy>
  <cp:revision>5</cp:revision>
  <dcterms:created xsi:type="dcterms:W3CDTF">2013-12-23T23:15:00Z</dcterms:created>
  <dcterms:modified xsi:type="dcterms:W3CDTF">2026-08-21T12:31:00Z</dcterms:modified>
  <cp:category/>
</cp:coreProperties>
</file>