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7C8" w14:textId="6A0E0E30" w:rsidR="00022E1E" w:rsidRDefault="00000000">
      <w:pPr>
        <w:pStyle w:val="KonuBal"/>
        <w:jc w:val="center"/>
      </w:pPr>
      <w:proofErr w:type="spellStart"/>
      <w:r>
        <w:t>Sağlık</w:t>
      </w:r>
      <w:proofErr w:type="spellEnd"/>
      <w:r>
        <w:t xml:space="preserve"> Hizmetleri </w:t>
      </w:r>
      <w:proofErr w:type="spellStart"/>
      <w:r>
        <w:t>Meslek</w:t>
      </w:r>
      <w:proofErr w:type="spellEnd"/>
      <w:r>
        <w:t xml:space="preserve"> </w:t>
      </w:r>
      <w:proofErr w:type="spellStart"/>
      <w:r>
        <w:t>Yüksekokulu</w:t>
      </w:r>
      <w:proofErr w:type="spellEnd"/>
      <w:r>
        <w:br/>
        <w:t>2026–2027 Eğitim Öğretim Yılı Çalışma Takvimi</w:t>
      </w:r>
    </w:p>
    <w:p w14:paraId="4F54EC1B" w14:textId="77777777" w:rsidR="00022E1E" w:rsidRDefault="00000000">
      <w:pPr>
        <w:spacing w:after="160"/>
        <w:jc w:val="both"/>
      </w:pPr>
      <w:r>
        <w:rPr>
          <w:b/>
        </w:rPr>
        <w:t xml:space="preserve">Amaç ve kapsam  </w:t>
      </w:r>
      <w:r>
        <w:t>Bu takvim; eğitim-öğretim, kalite güvencesi, MEDEK akreditasyon süreci, öğrenci danışmanlığı, paydaş katılımı, mezun izleme, toplumsal katkı ve idari işleyiş faaliyetlerinin planlı biçimde yürütülmesi ve kanıta dayalı olarak izlenmesi amacıyla hazırlanmıştır. Belirtilen dönemler, KSBÜ akademik takvimi ve resmî tatiller doğrultusunda gerektiğinde güncellenir.</w:t>
      </w:r>
    </w:p>
    <w:tbl>
      <w:tblPr>
        <w:tblStyle w:val="TabloKlavuzu"/>
        <w:tblW w:w="0" w:type="auto"/>
        <w:jc w:val="center"/>
        <w:tblLayout w:type="fixed"/>
        <w:tblLook w:val="04A0" w:firstRow="1" w:lastRow="0" w:firstColumn="1" w:lastColumn="0" w:noHBand="0" w:noVBand="1"/>
      </w:tblPr>
      <w:tblGrid>
        <w:gridCol w:w="1440"/>
        <w:gridCol w:w="1555"/>
        <w:gridCol w:w="5832"/>
        <w:gridCol w:w="3384"/>
        <w:gridCol w:w="2880"/>
      </w:tblGrid>
      <w:tr w:rsidR="00022E1E" w14:paraId="66DD37D7" w14:textId="77777777">
        <w:trPr>
          <w:tblHeader/>
          <w:jc w:val="center"/>
        </w:trPr>
        <w:tc>
          <w:tcPr>
            <w:tcW w:w="1440" w:type="dxa"/>
            <w:shd w:val="clear" w:color="auto" w:fill="1F4E78"/>
            <w:vAlign w:val="center"/>
          </w:tcPr>
          <w:p w14:paraId="07F2A998" w14:textId="77777777" w:rsidR="00022E1E" w:rsidRDefault="00000000">
            <w:pPr>
              <w:jc w:val="center"/>
            </w:pPr>
            <w:r>
              <w:rPr>
                <w:b/>
                <w:color w:val="FFFFFF"/>
                <w:sz w:val="17"/>
              </w:rPr>
              <w:t>Ay</w:t>
            </w:r>
          </w:p>
        </w:tc>
        <w:tc>
          <w:tcPr>
            <w:tcW w:w="1555" w:type="dxa"/>
            <w:shd w:val="clear" w:color="auto" w:fill="1F4E78"/>
            <w:vAlign w:val="center"/>
          </w:tcPr>
          <w:p w14:paraId="0360E146" w14:textId="77777777" w:rsidR="00022E1E" w:rsidRDefault="00000000">
            <w:pPr>
              <w:jc w:val="center"/>
            </w:pPr>
            <w:r>
              <w:rPr>
                <w:b/>
                <w:color w:val="FFFFFF"/>
                <w:sz w:val="17"/>
              </w:rPr>
              <w:t>Hedef Dönem</w:t>
            </w:r>
          </w:p>
        </w:tc>
        <w:tc>
          <w:tcPr>
            <w:tcW w:w="5832" w:type="dxa"/>
            <w:shd w:val="clear" w:color="auto" w:fill="1F4E78"/>
            <w:vAlign w:val="center"/>
          </w:tcPr>
          <w:p w14:paraId="36AEDE9F" w14:textId="77777777" w:rsidR="00022E1E" w:rsidRDefault="00000000">
            <w:pPr>
              <w:jc w:val="center"/>
            </w:pPr>
            <w:r>
              <w:rPr>
                <w:b/>
                <w:color w:val="FFFFFF"/>
                <w:sz w:val="17"/>
              </w:rPr>
              <w:t>Faaliyet</w:t>
            </w:r>
          </w:p>
        </w:tc>
        <w:tc>
          <w:tcPr>
            <w:tcW w:w="3384" w:type="dxa"/>
            <w:shd w:val="clear" w:color="auto" w:fill="1F4E78"/>
            <w:vAlign w:val="center"/>
          </w:tcPr>
          <w:p w14:paraId="6D9F4955" w14:textId="77777777" w:rsidR="00022E1E" w:rsidRDefault="00000000">
            <w:pPr>
              <w:jc w:val="center"/>
            </w:pPr>
            <w:r>
              <w:rPr>
                <w:b/>
                <w:color w:val="FFFFFF"/>
                <w:sz w:val="17"/>
              </w:rPr>
              <w:t>Sorumlu Birim veya Kişi</w:t>
            </w:r>
          </w:p>
        </w:tc>
        <w:tc>
          <w:tcPr>
            <w:tcW w:w="2880" w:type="dxa"/>
            <w:shd w:val="clear" w:color="auto" w:fill="1F4E78"/>
            <w:vAlign w:val="center"/>
          </w:tcPr>
          <w:p w14:paraId="12CD3E56" w14:textId="77777777" w:rsidR="00022E1E" w:rsidRDefault="00000000">
            <w:pPr>
              <w:jc w:val="center"/>
            </w:pPr>
            <w:r>
              <w:rPr>
                <w:b/>
                <w:color w:val="FFFFFF"/>
                <w:sz w:val="17"/>
              </w:rPr>
              <w:t>Beklenen Kanıt veya Çıktı</w:t>
            </w:r>
          </w:p>
        </w:tc>
      </w:tr>
      <w:tr w:rsidR="00022E1E" w14:paraId="75B00E20" w14:textId="77777777">
        <w:trPr>
          <w:cantSplit/>
          <w:jc w:val="center"/>
        </w:trPr>
        <w:tc>
          <w:tcPr>
            <w:tcW w:w="1440" w:type="dxa"/>
            <w:tcMar>
              <w:top w:w="70" w:type="dxa"/>
              <w:left w:w="70" w:type="dxa"/>
              <w:bottom w:w="70" w:type="dxa"/>
              <w:right w:w="70" w:type="dxa"/>
            </w:tcMar>
            <w:vAlign w:val="center"/>
          </w:tcPr>
          <w:p w14:paraId="4FB421B3" w14:textId="77777777" w:rsidR="00022E1E" w:rsidRDefault="00000000">
            <w:pPr>
              <w:jc w:val="center"/>
            </w:pPr>
            <w:r>
              <w:rPr>
                <w:b/>
                <w:sz w:val="16"/>
              </w:rPr>
              <w:t>Eylül 2026</w:t>
            </w:r>
          </w:p>
        </w:tc>
        <w:tc>
          <w:tcPr>
            <w:tcW w:w="1555" w:type="dxa"/>
            <w:tcMar>
              <w:top w:w="70" w:type="dxa"/>
              <w:left w:w="70" w:type="dxa"/>
              <w:bottom w:w="70" w:type="dxa"/>
              <w:right w:w="70" w:type="dxa"/>
            </w:tcMar>
            <w:vAlign w:val="center"/>
          </w:tcPr>
          <w:p w14:paraId="4C7DADC3" w14:textId="77777777" w:rsidR="00022E1E" w:rsidRDefault="00000000">
            <w:pPr>
              <w:jc w:val="center"/>
            </w:pPr>
            <w:r>
              <w:rPr>
                <w:sz w:val="16"/>
              </w:rPr>
              <w:t>1–4 Eylül</w:t>
            </w:r>
          </w:p>
        </w:tc>
        <w:tc>
          <w:tcPr>
            <w:tcW w:w="5832" w:type="dxa"/>
            <w:tcMar>
              <w:top w:w="70" w:type="dxa"/>
              <w:left w:w="70" w:type="dxa"/>
              <w:bottom w:w="70" w:type="dxa"/>
              <w:right w:w="70" w:type="dxa"/>
            </w:tcMar>
            <w:vAlign w:val="center"/>
          </w:tcPr>
          <w:p w14:paraId="0C7FF499" w14:textId="77777777" w:rsidR="00022E1E" w:rsidRDefault="00000000">
            <w:r>
              <w:rPr>
                <w:sz w:val="16"/>
              </w:rPr>
              <w:t>Üst yönetim değerlendirme toplantısı; önceki yıl faaliyet planı, memnuniyet anketleri ve iyileştirme alanlarının gözden geçirilmesi</w:t>
            </w:r>
          </w:p>
        </w:tc>
        <w:tc>
          <w:tcPr>
            <w:tcW w:w="3384" w:type="dxa"/>
            <w:tcMar>
              <w:top w:w="70" w:type="dxa"/>
              <w:left w:w="70" w:type="dxa"/>
              <w:bottom w:w="70" w:type="dxa"/>
              <w:right w:w="70" w:type="dxa"/>
            </w:tcMar>
            <w:vAlign w:val="center"/>
          </w:tcPr>
          <w:p w14:paraId="23D7547F" w14:textId="77777777" w:rsidR="00022E1E" w:rsidRDefault="00000000">
            <w:r>
              <w:rPr>
                <w:sz w:val="16"/>
              </w:rPr>
              <w:t>Müdürlük, Müdür Yardımcıları, Yüksekokul Sekreteri</w:t>
            </w:r>
          </w:p>
        </w:tc>
        <w:tc>
          <w:tcPr>
            <w:tcW w:w="2880" w:type="dxa"/>
            <w:tcMar>
              <w:top w:w="70" w:type="dxa"/>
              <w:left w:w="70" w:type="dxa"/>
              <w:bottom w:w="70" w:type="dxa"/>
              <w:right w:w="70" w:type="dxa"/>
            </w:tcMar>
            <w:vAlign w:val="center"/>
          </w:tcPr>
          <w:p w14:paraId="16D1477C" w14:textId="77777777" w:rsidR="00022E1E" w:rsidRDefault="00000000">
            <w:r>
              <w:rPr>
                <w:sz w:val="16"/>
              </w:rPr>
              <w:t>Toplantı tutanağı, kararlar, iyileştirme listesi</w:t>
            </w:r>
          </w:p>
        </w:tc>
      </w:tr>
      <w:tr w:rsidR="00022E1E" w14:paraId="1937C427" w14:textId="77777777">
        <w:trPr>
          <w:cantSplit/>
          <w:jc w:val="center"/>
        </w:trPr>
        <w:tc>
          <w:tcPr>
            <w:tcW w:w="1440" w:type="dxa"/>
            <w:shd w:val="clear" w:color="auto" w:fill="EAF2F8"/>
            <w:tcMar>
              <w:top w:w="70" w:type="dxa"/>
              <w:left w:w="70" w:type="dxa"/>
              <w:bottom w:w="70" w:type="dxa"/>
              <w:right w:w="70" w:type="dxa"/>
            </w:tcMar>
            <w:vAlign w:val="center"/>
          </w:tcPr>
          <w:p w14:paraId="7E1AD6A9" w14:textId="77777777" w:rsidR="00022E1E" w:rsidRDefault="00000000">
            <w:pPr>
              <w:jc w:val="center"/>
            </w:pPr>
            <w:r>
              <w:rPr>
                <w:b/>
                <w:sz w:val="16"/>
              </w:rPr>
              <w:t>Eylül 2026</w:t>
            </w:r>
          </w:p>
        </w:tc>
        <w:tc>
          <w:tcPr>
            <w:tcW w:w="1555" w:type="dxa"/>
            <w:shd w:val="clear" w:color="auto" w:fill="EAF2F8"/>
            <w:tcMar>
              <w:top w:w="70" w:type="dxa"/>
              <w:left w:w="70" w:type="dxa"/>
              <w:bottom w:w="70" w:type="dxa"/>
              <w:right w:w="70" w:type="dxa"/>
            </w:tcMar>
            <w:vAlign w:val="center"/>
          </w:tcPr>
          <w:p w14:paraId="66AA071B" w14:textId="77777777" w:rsidR="00022E1E" w:rsidRDefault="00000000">
            <w:pPr>
              <w:jc w:val="center"/>
            </w:pPr>
            <w:r>
              <w:rPr>
                <w:sz w:val="16"/>
              </w:rPr>
              <w:t>1–11 Eylül</w:t>
            </w:r>
          </w:p>
        </w:tc>
        <w:tc>
          <w:tcPr>
            <w:tcW w:w="5832" w:type="dxa"/>
            <w:shd w:val="clear" w:color="auto" w:fill="EAF2F8"/>
            <w:tcMar>
              <w:top w:w="70" w:type="dxa"/>
              <w:left w:w="70" w:type="dxa"/>
              <w:bottom w:w="70" w:type="dxa"/>
              <w:right w:w="70" w:type="dxa"/>
            </w:tcMar>
            <w:vAlign w:val="center"/>
          </w:tcPr>
          <w:p w14:paraId="23DF7E70" w14:textId="77777777" w:rsidR="00022E1E" w:rsidRDefault="00000000">
            <w:r>
              <w:rPr>
                <w:sz w:val="16"/>
              </w:rPr>
              <w:t>2026–2027 faaliyet planı ve yıllık çalışma takviminin kesinleştirilmesi</w:t>
            </w:r>
          </w:p>
        </w:tc>
        <w:tc>
          <w:tcPr>
            <w:tcW w:w="3384" w:type="dxa"/>
            <w:shd w:val="clear" w:color="auto" w:fill="EAF2F8"/>
            <w:tcMar>
              <w:top w:w="70" w:type="dxa"/>
              <w:left w:w="70" w:type="dxa"/>
              <w:bottom w:w="70" w:type="dxa"/>
              <w:right w:w="70" w:type="dxa"/>
            </w:tcMar>
            <w:vAlign w:val="center"/>
          </w:tcPr>
          <w:p w14:paraId="50024A2E" w14:textId="77777777" w:rsidR="00022E1E" w:rsidRDefault="00000000">
            <w:r>
              <w:rPr>
                <w:sz w:val="16"/>
              </w:rPr>
              <w:t>Müdürlük, Kalite Komisyonu</w:t>
            </w:r>
          </w:p>
        </w:tc>
        <w:tc>
          <w:tcPr>
            <w:tcW w:w="2880" w:type="dxa"/>
            <w:shd w:val="clear" w:color="auto" w:fill="EAF2F8"/>
            <w:tcMar>
              <w:top w:w="70" w:type="dxa"/>
              <w:left w:w="70" w:type="dxa"/>
              <w:bottom w:w="70" w:type="dxa"/>
              <w:right w:w="70" w:type="dxa"/>
            </w:tcMar>
            <w:vAlign w:val="center"/>
          </w:tcPr>
          <w:p w14:paraId="02E4A919" w14:textId="77777777" w:rsidR="00022E1E" w:rsidRDefault="00000000">
            <w:r>
              <w:rPr>
                <w:sz w:val="16"/>
              </w:rPr>
              <w:t>Onaylı faaliyet planı ve çalışma takvimi</w:t>
            </w:r>
          </w:p>
        </w:tc>
      </w:tr>
      <w:tr w:rsidR="00022E1E" w14:paraId="5F9A2EF3" w14:textId="77777777">
        <w:trPr>
          <w:cantSplit/>
          <w:jc w:val="center"/>
        </w:trPr>
        <w:tc>
          <w:tcPr>
            <w:tcW w:w="1440" w:type="dxa"/>
            <w:tcMar>
              <w:top w:w="70" w:type="dxa"/>
              <w:left w:w="70" w:type="dxa"/>
              <w:bottom w:w="70" w:type="dxa"/>
              <w:right w:w="70" w:type="dxa"/>
            </w:tcMar>
            <w:vAlign w:val="center"/>
          </w:tcPr>
          <w:p w14:paraId="0B6CDC1F" w14:textId="77777777" w:rsidR="00022E1E" w:rsidRDefault="00000000">
            <w:pPr>
              <w:jc w:val="center"/>
            </w:pPr>
            <w:r>
              <w:rPr>
                <w:b/>
                <w:sz w:val="16"/>
              </w:rPr>
              <w:t>Eylül 2026</w:t>
            </w:r>
          </w:p>
        </w:tc>
        <w:tc>
          <w:tcPr>
            <w:tcW w:w="1555" w:type="dxa"/>
            <w:tcMar>
              <w:top w:w="70" w:type="dxa"/>
              <w:left w:w="70" w:type="dxa"/>
              <w:bottom w:w="70" w:type="dxa"/>
              <w:right w:w="70" w:type="dxa"/>
            </w:tcMar>
            <w:vAlign w:val="center"/>
          </w:tcPr>
          <w:p w14:paraId="6A455478" w14:textId="77777777" w:rsidR="00022E1E" w:rsidRDefault="00000000">
            <w:pPr>
              <w:jc w:val="center"/>
            </w:pPr>
            <w:r>
              <w:rPr>
                <w:sz w:val="16"/>
              </w:rPr>
              <w:t>7–18 Eylül</w:t>
            </w:r>
          </w:p>
        </w:tc>
        <w:tc>
          <w:tcPr>
            <w:tcW w:w="5832" w:type="dxa"/>
            <w:tcMar>
              <w:top w:w="70" w:type="dxa"/>
              <w:left w:w="70" w:type="dxa"/>
              <w:bottom w:w="70" w:type="dxa"/>
              <w:right w:w="70" w:type="dxa"/>
            </w:tcMar>
            <w:vAlign w:val="center"/>
          </w:tcPr>
          <w:p w14:paraId="00C67D2E" w14:textId="77777777" w:rsidR="00022E1E" w:rsidRDefault="00000000">
            <w:r>
              <w:rPr>
                <w:sz w:val="16"/>
              </w:rPr>
              <w:t>Ders görevlendirmeleri, ders programları, ders bilgi paketleri, AKTS ve iş yüklerinin kontrolü</w:t>
            </w:r>
          </w:p>
        </w:tc>
        <w:tc>
          <w:tcPr>
            <w:tcW w:w="3384" w:type="dxa"/>
            <w:tcMar>
              <w:top w:w="70" w:type="dxa"/>
              <w:left w:w="70" w:type="dxa"/>
              <w:bottom w:w="70" w:type="dxa"/>
              <w:right w:w="70" w:type="dxa"/>
            </w:tcMar>
            <w:vAlign w:val="center"/>
          </w:tcPr>
          <w:p w14:paraId="59BCEB4E" w14:textId="77777777" w:rsidR="00022E1E" w:rsidRDefault="00000000">
            <w:r>
              <w:rPr>
                <w:sz w:val="16"/>
              </w:rPr>
              <w:t>Eğitim Komisyonu, Bölüm ve Program Başkanlıkları</w:t>
            </w:r>
          </w:p>
        </w:tc>
        <w:tc>
          <w:tcPr>
            <w:tcW w:w="2880" w:type="dxa"/>
            <w:tcMar>
              <w:top w:w="70" w:type="dxa"/>
              <w:left w:w="70" w:type="dxa"/>
              <w:bottom w:w="70" w:type="dxa"/>
              <w:right w:w="70" w:type="dxa"/>
            </w:tcMar>
            <w:vAlign w:val="center"/>
          </w:tcPr>
          <w:p w14:paraId="3F9C05E0" w14:textId="77777777" w:rsidR="00022E1E" w:rsidRDefault="00000000">
            <w:r>
              <w:rPr>
                <w:sz w:val="16"/>
              </w:rPr>
              <w:t>Kontrol çizelgeleri, güncel ders bilgi paketleri</w:t>
            </w:r>
          </w:p>
        </w:tc>
      </w:tr>
      <w:tr w:rsidR="00022E1E" w14:paraId="5609BE5A" w14:textId="77777777">
        <w:trPr>
          <w:cantSplit/>
          <w:jc w:val="center"/>
        </w:trPr>
        <w:tc>
          <w:tcPr>
            <w:tcW w:w="1440" w:type="dxa"/>
            <w:shd w:val="clear" w:color="auto" w:fill="EAF2F8"/>
            <w:tcMar>
              <w:top w:w="70" w:type="dxa"/>
              <w:left w:w="70" w:type="dxa"/>
              <w:bottom w:w="70" w:type="dxa"/>
              <w:right w:w="70" w:type="dxa"/>
            </w:tcMar>
            <w:vAlign w:val="center"/>
          </w:tcPr>
          <w:p w14:paraId="3908128B" w14:textId="77777777" w:rsidR="00022E1E" w:rsidRDefault="00000000">
            <w:pPr>
              <w:jc w:val="center"/>
            </w:pPr>
            <w:r>
              <w:rPr>
                <w:b/>
                <w:sz w:val="16"/>
              </w:rPr>
              <w:t>Eylül 2026</w:t>
            </w:r>
          </w:p>
        </w:tc>
        <w:tc>
          <w:tcPr>
            <w:tcW w:w="1555" w:type="dxa"/>
            <w:shd w:val="clear" w:color="auto" w:fill="EAF2F8"/>
            <w:tcMar>
              <w:top w:w="70" w:type="dxa"/>
              <w:left w:w="70" w:type="dxa"/>
              <w:bottom w:w="70" w:type="dxa"/>
              <w:right w:w="70" w:type="dxa"/>
            </w:tcMar>
            <w:vAlign w:val="center"/>
          </w:tcPr>
          <w:p w14:paraId="05BC386A" w14:textId="77777777" w:rsidR="00022E1E" w:rsidRDefault="00000000">
            <w:pPr>
              <w:jc w:val="center"/>
            </w:pPr>
            <w:r>
              <w:rPr>
                <w:sz w:val="16"/>
              </w:rPr>
              <w:t>14–18 Eylül</w:t>
            </w:r>
          </w:p>
        </w:tc>
        <w:tc>
          <w:tcPr>
            <w:tcW w:w="5832" w:type="dxa"/>
            <w:shd w:val="clear" w:color="auto" w:fill="EAF2F8"/>
            <w:tcMar>
              <w:top w:w="70" w:type="dxa"/>
              <w:left w:w="70" w:type="dxa"/>
              <w:bottom w:w="70" w:type="dxa"/>
              <w:right w:w="70" w:type="dxa"/>
            </w:tcMar>
            <w:vAlign w:val="center"/>
          </w:tcPr>
          <w:p w14:paraId="20CCECC9" w14:textId="77777777" w:rsidR="00022E1E" w:rsidRDefault="00000000">
            <w:r>
              <w:rPr>
                <w:sz w:val="16"/>
              </w:rPr>
              <w:t>Dönem başı Akademik Kurul toplantısı ve görev dağılımlarının duyurulması</w:t>
            </w:r>
          </w:p>
        </w:tc>
        <w:tc>
          <w:tcPr>
            <w:tcW w:w="3384" w:type="dxa"/>
            <w:shd w:val="clear" w:color="auto" w:fill="EAF2F8"/>
            <w:tcMar>
              <w:top w:w="70" w:type="dxa"/>
              <w:left w:w="70" w:type="dxa"/>
              <w:bottom w:w="70" w:type="dxa"/>
              <w:right w:w="70" w:type="dxa"/>
            </w:tcMar>
            <w:vAlign w:val="center"/>
          </w:tcPr>
          <w:p w14:paraId="70A4B049" w14:textId="77777777" w:rsidR="00022E1E" w:rsidRDefault="00000000">
            <w:r>
              <w:rPr>
                <w:sz w:val="16"/>
              </w:rPr>
              <w:t>Müdürlük, Akademik Kurul</w:t>
            </w:r>
          </w:p>
        </w:tc>
        <w:tc>
          <w:tcPr>
            <w:tcW w:w="2880" w:type="dxa"/>
            <w:shd w:val="clear" w:color="auto" w:fill="EAF2F8"/>
            <w:tcMar>
              <w:top w:w="70" w:type="dxa"/>
              <w:left w:w="70" w:type="dxa"/>
              <w:bottom w:w="70" w:type="dxa"/>
              <w:right w:w="70" w:type="dxa"/>
            </w:tcMar>
            <w:vAlign w:val="center"/>
          </w:tcPr>
          <w:p w14:paraId="790BD57B" w14:textId="77777777" w:rsidR="00022E1E" w:rsidRDefault="00000000">
            <w:r>
              <w:rPr>
                <w:sz w:val="16"/>
              </w:rPr>
              <w:t>Gündem, katılım listesi, karar tutanağı</w:t>
            </w:r>
          </w:p>
        </w:tc>
      </w:tr>
      <w:tr w:rsidR="00022E1E" w14:paraId="380E6441" w14:textId="77777777">
        <w:trPr>
          <w:cantSplit/>
          <w:jc w:val="center"/>
        </w:trPr>
        <w:tc>
          <w:tcPr>
            <w:tcW w:w="1440" w:type="dxa"/>
            <w:tcMar>
              <w:top w:w="70" w:type="dxa"/>
              <w:left w:w="70" w:type="dxa"/>
              <w:bottom w:w="70" w:type="dxa"/>
              <w:right w:w="70" w:type="dxa"/>
            </w:tcMar>
            <w:vAlign w:val="center"/>
          </w:tcPr>
          <w:p w14:paraId="4ED86779" w14:textId="77777777" w:rsidR="00022E1E" w:rsidRDefault="00000000">
            <w:pPr>
              <w:jc w:val="center"/>
            </w:pPr>
            <w:r>
              <w:rPr>
                <w:b/>
                <w:sz w:val="16"/>
              </w:rPr>
              <w:t>Eylül 2026</w:t>
            </w:r>
          </w:p>
        </w:tc>
        <w:tc>
          <w:tcPr>
            <w:tcW w:w="1555" w:type="dxa"/>
            <w:tcMar>
              <w:top w:w="70" w:type="dxa"/>
              <w:left w:w="70" w:type="dxa"/>
              <w:bottom w:w="70" w:type="dxa"/>
              <w:right w:w="70" w:type="dxa"/>
            </w:tcMar>
            <w:vAlign w:val="center"/>
          </w:tcPr>
          <w:p w14:paraId="5F06728F" w14:textId="77777777" w:rsidR="00022E1E" w:rsidRDefault="00000000">
            <w:pPr>
              <w:jc w:val="center"/>
            </w:pPr>
            <w:r>
              <w:rPr>
                <w:sz w:val="16"/>
              </w:rPr>
              <w:t>21–25 Eylül</w:t>
            </w:r>
          </w:p>
        </w:tc>
        <w:tc>
          <w:tcPr>
            <w:tcW w:w="5832" w:type="dxa"/>
            <w:tcMar>
              <w:top w:w="70" w:type="dxa"/>
              <w:left w:w="70" w:type="dxa"/>
              <w:bottom w:w="70" w:type="dxa"/>
              <w:right w:w="70" w:type="dxa"/>
            </w:tcMar>
            <w:vAlign w:val="center"/>
          </w:tcPr>
          <w:p w14:paraId="1565BD7B" w14:textId="77777777" w:rsidR="00022E1E" w:rsidRDefault="00000000">
            <w:r>
              <w:rPr>
                <w:sz w:val="16"/>
              </w:rPr>
              <w:t>Yeni öğrenci oryantasyonu; kalite, danışmanlık, Erasmus, ÇAP, kariyer ve öğrenci hakları bilgilendirmeleri</w:t>
            </w:r>
          </w:p>
        </w:tc>
        <w:tc>
          <w:tcPr>
            <w:tcW w:w="3384" w:type="dxa"/>
            <w:tcMar>
              <w:top w:w="70" w:type="dxa"/>
              <w:left w:w="70" w:type="dxa"/>
              <w:bottom w:w="70" w:type="dxa"/>
              <w:right w:w="70" w:type="dxa"/>
            </w:tcMar>
            <w:vAlign w:val="center"/>
          </w:tcPr>
          <w:p w14:paraId="7B22CFE0" w14:textId="77777777" w:rsidR="00022E1E" w:rsidRDefault="00000000">
            <w:r>
              <w:rPr>
                <w:sz w:val="16"/>
              </w:rPr>
              <w:t>Müdürlük, Program Başkanlıkları, Danışmanlar</w:t>
            </w:r>
          </w:p>
        </w:tc>
        <w:tc>
          <w:tcPr>
            <w:tcW w:w="2880" w:type="dxa"/>
            <w:tcMar>
              <w:top w:w="70" w:type="dxa"/>
              <w:left w:w="70" w:type="dxa"/>
              <w:bottom w:w="70" w:type="dxa"/>
              <w:right w:w="70" w:type="dxa"/>
            </w:tcMar>
            <w:vAlign w:val="center"/>
          </w:tcPr>
          <w:p w14:paraId="018DCD6C" w14:textId="77777777" w:rsidR="00022E1E" w:rsidRDefault="00000000">
            <w:r>
              <w:rPr>
                <w:sz w:val="16"/>
              </w:rPr>
              <w:t>Program, sunumlar, katılım listeleri, fotoğraflar</w:t>
            </w:r>
          </w:p>
        </w:tc>
      </w:tr>
      <w:tr w:rsidR="00022E1E" w14:paraId="42AA2615" w14:textId="77777777">
        <w:trPr>
          <w:cantSplit/>
          <w:jc w:val="center"/>
        </w:trPr>
        <w:tc>
          <w:tcPr>
            <w:tcW w:w="1440" w:type="dxa"/>
            <w:shd w:val="clear" w:color="auto" w:fill="EAF2F8"/>
            <w:tcMar>
              <w:top w:w="70" w:type="dxa"/>
              <w:left w:w="70" w:type="dxa"/>
              <w:bottom w:w="70" w:type="dxa"/>
              <w:right w:w="70" w:type="dxa"/>
            </w:tcMar>
            <w:vAlign w:val="center"/>
          </w:tcPr>
          <w:p w14:paraId="1B28D80D" w14:textId="77777777" w:rsidR="00022E1E" w:rsidRDefault="00000000">
            <w:pPr>
              <w:jc w:val="center"/>
            </w:pPr>
            <w:r>
              <w:rPr>
                <w:b/>
                <w:sz w:val="16"/>
              </w:rPr>
              <w:t>Eylül 2026</w:t>
            </w:r>
          </w:p>
        </w:tc>
        <w:tc>
          <w:tcPr>
            <w:tcW w:w="1555" w:type="dxa"/>
            <w:shd w:val="clear" w:color="auto" w:fill="EAF2F8"/>
            <w:tcMar>
              <w:top w:w="70" w:type="dxa"/>
              <w:left w:w="70" w:type="dxa"/>
              <w:bottom w:w="70" w:type="dxa"/>
              <w:right w:w="70" w:type="dxa"/>
            </w:tcMar>
            <w:vAlign w:val="center"/>
          </w:tcPr>
          <w:p w14:paraId="08F51FC7" w14:textId="77777777" w:rsidR="00022E1E" w:rsidRDefault="00000000">
            <w:pPr>
              <w:jc w:val="center"/>
            </w:pPr>
            <w:r>
              <w:rPr>
                <w:sz w:val="16"/>
              </w:rPr>
              <w:t>21–30 Eylül</w:t>
            </w:r>
          </w:p>
        </w:tc>
        <w:tc>
          <w:tcPr>
            <w:tcW w:w="5832" w:type="dxa"/>
            <w:shd w:val="clear" w:color="auto" w:fill="EAF2F8"/>
            <w:tcMar>
              <w:top w:w="70" w:type="dxa"/>
              <w:left w:w="70" w:type="dxa"/>
              <w:bottom w:w="70" w:type="dxa"/>
              <w:right w:w="70" w:type="dxa"/>
            </w:tcMar>
            <w:vAlign w:val="center"/>
          </w:tcPr>
          <w:p w14:paraId="3ED0B97C" w14:textId="77777777" w:rsidR="00022E1E" w:rsidRDefault="00000000">
            <w:r>
              <w:rPr>
                <w:sz w:val="16"/>
              </w:rPr>
              <w:t>Öğrenci akademik danışmanlık gruplarının ve görüşme takviminin oluşturulması</w:t>
            </w:r>
          </w:p>
        </w:tc>
        <w:tc>
          <w:tcPr>
            <w:tcW w:w="3384" w:type="dxa"/>
            <w:shd w:val="clear" w:color="auto" w:fill="EAF2F8"/>
            <w:tcMar>
              <w:top w:w="70" w:type="dxa"/>
              <w:left w:w="70" w:type="dxa"/>
              <w:bottom w:w="70" w:type="dxa"/>
              <w:right w:w="70" w:type="dxa"/>
            </w:tcMar>
            <w:vAlign w:val="center"/>
          </w:tcPr>
          <w:p w14:paraId="6868999E" w14:textId="77777777" w:rsidR="00022E1E" w:rsidRDefault="00000000">
            <w:r>
              <w:rPr>
                <w:sz w:val="16"/>
              </w:rPr>
              <w:t>Program Başkanlıkları, Akademik Danışmanlar</w:t>
            </w:r>
          </w:p>
        </w:tc>
        <w:tc>
          <w:tcPr>
            <w:tcW w:w="2880" w:type="dxa"/>
            <w:shd w:val="clear" w:color="auto" w:fill="EAF2F8"/>
            <w:tcMar>
              <w:top w:w="70" w:type="dxa"/>
              <w:left w:w="70" w:type="dxa"/>
              <w:bottom w:w="70" w:type="dxa"/>
              <w:right w:w="70" w:type="dxa"/>
            </w:tcMar>
            <w:vAlign w:val="center"/>
          </w:tcPr>
          <w:p w14:paraId="0FDA3EDC" w14:textId="77777777" w:rsidR="00022E1E" w:rsidRDefault="00000000">
            <w:r>
              <w:rPr>
                <w:sz w:val="16"/>
              </w:rPr>
              <w:t>Danışman listeleri ve görüşme planı</w:t>
            </w:r>
          </w:p>
        </w:tc>
      </w:tr>
      <w:tr w:rsidR="00022E1E" w14:paraId="4F5563E2" w14:textId="77777777">
        <w:trPr>
          <w:cantSplit/>
          <w:jc w:val="center"/>
        </w:trPr>
        <w:tc>
          <w:tcPr>
            <w:tcW w:w="1440" w:type="dxa"/>
            <w:tcMar>
              <w:top w:w="70" w:type="dxa"/>
              <w:left w:w="70" w:type="dxa"/>
              <w:bottom w:w="70" w:type="dxa"/>
              <w:right w:w="70" w:type="dxa"/>
            </w:tcMar>
            <w:vAlign w:val="center"/>
          </w:tcPr>
          <w:p w14:paraId="1483DB42" w14:textId="77777777" w:rsidR="00022E1E" w:rsidRDefault="00000000">
            <w:pPr>
              <w:jc w:val="center"/>
            </w:pPr>
            <w:r>
              <w:rPr>
                <w:b/>
                <w:sz w:val="16"/>
              </w:rPr>
              <w:t>Eylül 2026</w:t>
            </w:r>
          </w:p>
        </w:tc>
        <w:tc>
          <w:tcPr>
            <w:tcW w:w="1555" w:type="dxa"/>
            <w:tcMar>
              <w:top w:w="70" w:type="dxa"/>
              <w:left w:w="70" w:type="dxa"/>
              <w:bottom w:w="70" w:type="dxa"/>
              <w:right w:w="70" w:type="dxa"/>
            </w:tcMar>
            <w:vAlign w:val="center"/>
          </w:tcPr>
          <w:p w14:paraId="217F2E79" w14:textId="77777777" w:rsidR="00022E1E" w:rsidRDefault="00000000">
            <w:pPr>
              <w:jc w:val="center"/>
            </w:pPr>
            <w:r>
              <w:rPr>
                <w:sz w:val="16"/>
              </w:rPr>
              <w:t>Ay boyunca</w:t>
            </w:r>
          </w:p>
        </w:tc>
        <w:tc>
          <w:tcPr>
            <w:tcW w:w="5832" w:type="dxa"/>
            <w:tcMar>
              <w:top w:w="70" w:type="dxa"/>
              <w:left w:w="70" w:type="dxa"/>
              <w:bottom w:w="70" w:type="dxa"/>
              <w:right w:w="70" w:type="dxa"/>
            </w:tcMar>
            <w:vAlign w:val="center"/>
          </w:tcPr>
          <w:p w14:paraId="272693FA" w14:textId="77777777" w:rsidR="00022E1E" w:rsidRDefault="00000000">
            <w:r>
              <w:rPr>
                <w:sz w:val="16"/>
              </w:rPr>
              <w:t>Fizyoterapi ve TGT programları MEDEK saha ziyareti son hazırlıkları; kanıt, ders dosyası ve mekân kontrolleri</w:t>
            </w:r>
          </w:p>
        </w:tc>
        <w:tc>
          <w:tcPr>
            <w:tcW w:w="3384" w:type="dxa"/>
            <w:tcMar>
              <w:top w:w="70" w:type="dxa"/>
              <w:left w:w="70" w:type="dxa"/>
              <w:bottom w:w="70" w:type="dxa"/>
              <w:right w:w="70" w:type="dxa"/>
            </w:tcMar>
            <w:vAlign w:val="center"/>
          </w:tcPr>
          <w:p w14:paraId="0E07A442" w14:textId="77777777" w:rsidR="00022E1E" w:rsidRDefault="00000000">
            <w:r>
              <w:rPr>
                <w:sz w:val="16"/>
              </w:rPr>
              <w:t>MEDEK Komisyonları, Program Başkanlıkları</w:t>
            </w:r>
          </w:p>
        </w:tc>
        <w:tc>
          <w:tcPr>
            <w:tcW w:w="2880" w:type="dxa"/>
            <w:tcMar>
              <w:top w:w="70" w:type="dxa"/>
              <w:left w:w="70" w:type="dxa"/>
              <w:bottom w:w="70" w:type="dxa"/>
              <w:right w:w="70" w:type="dxa"/>
            </w:tcMar>
            <w:vAlign w:val="center"/>
          </w:tcPr>
          <w:p w14:paraId="56352190" w14:textId="77777777" w:rsidR="00022E1E" w:rsidRDefault="00000000">
            <w:r>
              <w:rPr>
                <w:sz w:val="16"/>
              </w:rPr>
              <w:t>Kontrol listeleri, kanıt klasörleri, eksik tamamlama kayıtları</w:t>
            </w:r>
          </w:p>
        </w:tc>
      </w:tr>
      <w:tr w:rsidR="00022E1E" w14:paraId="6EA06012" w14:textId="77777777">
        <w:trPr>
          <w:cantSplit/>
          <w:jc w:val="center"/>
        </w:trPr>
        <w:tc>
          <w:tcPr>
            <w:tcW w:w="1440" w:type="dxa"/>
            <w:shd w:val="clear" w:color="auto" w:fill="EAF2F8"/>
            <w:tcMar>
              <w:top w:w="70" w:type="dxa"/>
              <w:left w:w="70" w:type="dxa"/>
              <w:bottom w:w="70" w:type="dxa"/>
              <w:right w:w="70" w:type="dxa"/>
            </w:tcMar>
            <w:vAlign w:val="center"/>
          </w:tcPr>
          <w:p w14:paraId="19E5B563" w14:textId="77777777" w:rsidR="00022E1E" w:rsidRDefault="00000000">
            <w:pPr>
              <w:jc w:val="center"/>
            </w:pPr>
            <w:r>
              <w:rPr>
                <w:b/>
                <w:sz w:val="16"/>
              </w:rPr>
              <w:t>Ekim 2026</w:t>
            </w:r>
          </w:p>
        </w:tc>
        <w:tc>
          <w:tcPr>
            <w:tcW w:w="1555" w:type="dxa"/>
            <w:shd w:val="clear" w:color="auto" w:fill="EAF2F8"/>
            <w:tcMar>
              <w:top w:w="70" w:type="dxa"/>
              <w:left w:w="70" w:type="dxa"/>
              <w:bottom w:w="70" w:type="dxa"/>
              <w:right w:w="70" w:type="dxa"/>
            </w:tcMar>
            <w:vAlign w:val="center"/>
          </w:tcPr>
          <w:p w14:paraId="1C6C5A1A" w14:textId="77777777" w:rsidR="00022E1E" w:rsidRDefault="00000000">
            <w:pPr>
              <w:jc w:val="center"/>
            </w:pPr>
            <w:r>
              <w:rPr>
                <w:sz w:val="16"/>
              </w:rPr>
              <w:t>1. hafta</w:t>
            </w:r>
          </w:p>
        </w:tc>
        <w:tc>
          <w:tcPr>
            <w:tcW w:w="5832" w:type="dxa"/>
            <w:shd w:val="clear" w:color="auto" w:fill="EAF2F8"/>
            <w:tcMar>
              <w:top w:w="70" w:type="dxa"/>
              <w:left w:w="70" w:type="dxa"/>
              <w:bottom w:w="70" w:type="dxa"/>
              <w:right w:w="70" w:type="dxa"/>
            </w:tcMar>
            <w:vAlign w:val="center"/>
          </w:tcPr>
          <w:p w14:paraId="03C967B3" w14:textId="77777777" w:rsidR="00022E1E" w:rsidRDefault="00000000">
            <w:r>
              <w:rPr>
                <w:sz w:val="16"/>
              </w:rPr>
              <w:t>MEDEK saha ziyareti koordinasyonu ve değerlendirici ekibin ulaşım, konaklama, görüşme ve mekân planının yürütülmesi</w:t>
            </w:r>
          </w:p>
        </w:tc>
        <w:tc>
          <w:tcPr>
            <w:tcW w:w="3384" w:type="dxa"/>
            <w:shd w:val="clear" w:color="auto" w:fill="EAF2F8"/>
            <w:tcMar>
              <w:top w:w="70" w:type="dxa"/>
              <w:left w:w="70" w:type="dxa"/>
              <w:bottom w:w="70" w:type="dxa"/>
              <w:right w:w="70" w:type="dxa"/>
            </w:tcMar>
            <w:vAlign w:val="center"/>
          </w:tcPr>
          <w:p w14:paraId="609BDFBE" w14:textId="77777777" w:rsidR="00022E1E" w:rsidRDefault="00000000">
            <w:r>
              <w:rPr>
                <w:sz w:val="16"/>
              </w:rPr>
              <w:t>Müdürlük, MEDEK Koordinasyon Ekibi</w:t>
            </w:r>
          </w:p>
        </w:tc>
        <w:tc>
          <w:tcPr>
            <w:tcW w:w="2880" w:type="dxa"/>
            <w:shd w:val="clear" w:color="auto" w:fill="EAF2F8"/>
            <w:tcMar>
              <w:top w:w="70" w:type="dxa"/>
              <w:left w:w="70" w:type="dxa"/>
              <w:bottom w:w="70" w:type="dxa"/>
              <w:right w:w="70" w:type="dxa"/>
            </w:tcMar>
            <w:vAlign w:val="center"/>
          </w:tcPr>
          <w:p w14:paraId="56E3722F" w14:textId="77777777" w:rsidR="00022E1E" w:rsidRDefault="00000000">
            <w:r>
              <w:rPr>
                <w:sz w:val="16"/>
              </w:rPr>
              <w:t>Ziyaret programı, toplantı ve katılım kayıtları</w:t>
            </w:r>
          </w:p>
        </w:tc>
      </w:tr>
      <w:tr w:rsidR="00022E1E" w14:paraId="515B97D6" w14:textId="77777777">
        <w:trPr>
          <w:cantSplit/>
          <w:jc w:val="center"/>
        </w:trPr>
        <w:tc>
          <w:tcPr>
            <w:tcW w:w="1440" w:type="dxa"/>
            <w:tcMar>
              <w:top w:w="70" w:type="dxa"/>
              <w:left w:w="70" w:type="dxa"/>
              <w:bottom w:w="70" w:type="dxa"/>
              <w:right w:w="70" w:type="dxa"/>
            </w:tcMar>
            <w:vAlign w:val="center"/>
          </w:tcPr>
          <w:p w14:paraId="19927B11" w14:textId="77777777" w:rsidR="00022E1E" w:rsidRDefault="00000000">
            <w:pPr>
              <w:jc w:val="center"/>
            </w:pPr>
            <w:r>
              <w:rPr>
                <w:b/>
                <w:sz w:val="16"/>
              </w:rPr>
              <w:t>Ekim 2026</w:t>
            </w:r>
          </w:p>
        </w:tc>
        <w:tc>
          <w:tcPr>
            <w:tcW w:w="1555" w:type="dxa"/>
            <w:tcMar>
              <w:top w:w="70" w:type="dxa"/>
              <w:left w:w="70" w:type="dxa"/>
              <w:bottom w:w="70" w:type="dxa"/>
              <w:right w:w="70" w:type="dxa"/>
            </w:tcMar>
            <w:vAlign w:val="center"/>
          </w:tcPr>
          <w:p w14:paraId="2387FDA4" w14:textId="77777777" w:rsidR="00022E1E" w:rsidRDefault="00000000">
            <w:pPr>
              <w:jc w:val="center"/>
            </w:pPr>
            <w:r>
              <w:rPr>
                <w:sz w:val="16"/>
              </w:rPr>
              <w:t>Ziyaret sonrası 5 iş günü</w:t>
            </w:r>
          </w:p>
        </w:tc>
        <w:tc>
          <w:tcPr>
            <w:tcW w:w="5832" w:type="dxa"/>
            <w:tcMar>
              <w:top w:w="70" w:type="dxa"/>
              <w:left w:w="70" w:type="dxa"/>
              <w:bottom w:w="70" w:type="dxa"/>
              <w:right w:w="70" w:type="dxa"/>
            </w:tcMar>
            <w:vAlign w:val="center"/>
          </w:tcPr>
          <w:p w14:paraId="331A347A" w14:textId="77777777" w:rsidR="00022E1E" w:rsidRDefault="00000000">
            <w:r>
              <w:rPr>
                <w:sz w:val="16"/>
              </w:rPr>
              <w:t>Saha ziyareti bulgularının değerlendirilmesi ve öncelikli iyileştirme eylemlerinin belirlenmesi</w:t>
            </w:r>
          </w:p>
        </w:tc>
        <w:tc>
          <w:tcPr>
            <w:tcW w:w="3384" w:type="dxa"/>
            <w:tcMar>
              <w:top w:w="70" w:type="dxa"/>
              <w:left w:w="70" w:type="dxa"/>
              <w:bottom w:w="70" w:type="dxa"/>
              <w:right w:w="70" w:type="dxa"/>
            </w:tcMar>
            <w:vAlign w:val="center"/>
          </w:tcPr>
          <w:p w14:paraId="0F5BF321" w14:textId="77777777" w:rsidR="00022E1E" w:rsidRDefault="00000000">
            <w:r>
              <w:rPr>
                <w:sz w:val="16"/>
              </w:rPr>
              <w:t>Müdürlük, Program Başkanlıkları, Kalite Komisyonu</w:t>
            </w:r>
          </w:p>
        </w:tc>
        <w:tc>
          <w:tcPr>
            <w:tcW w:w="2880" w:type="dxa"/>
            <w:tcMar>
              <w:top w:w="70" w:type="dxa"/>
              <w:left w:w="70" w:type="dxa"/>
              <w:bottom w:w="70" w:type="dxa"/>
              <w:right w:w="70" w:type="dxa"/>
            </w:tcMar>
            <w:vAlign w:val="center"/>
          </w:tcPr>
          <w:p w14:paraId="558B056A" w14:textId="77777777" w:rsidR="00022E1E" w:rsidRDefault="00000000">
            <w:r>
              <w:rPr>
                <w:sz w:val="16"/>
              </w:rPr>
              <w:t>Değerlendirme tutanağı ve eylem listesi</w:t>
            </w:r>
          </w:p>
        </w:tc>
      </w:tr>
      <w:tr w:rsidR="00022E1E" w14:paraId="2B351B6F" w14:textId="77777777">
        <w:trPr>
          <w:cantSplit/>
          <w:jc w:val="center"/>
        </w:trPr>
        <w:tc>
          <w:tcPr>
            <w:tcW w:w="1440" w:type="dxa"/>
            <w:shd w:val="clear" w:color="auto" w:fill="EAF2F8"/>
            <w:tcMar>
              <w:top w:w="70" w:type="dxa"/>
              <w:left w:w="70" w:type="dxa"/>
              <w:bottom w:w="70" w:type="dxa"/>
              <w:right w:w="70" w:type="dxa"/>
            </w:tcMar>
            <w:vAlign w:val="center"/>
          </w:tcPr>
          <w:p w14:paraId="41DCCEE6" w14:textId="77777777" w:rsidR="00022E1E" w:rsidRDefault="00000000">
            <w:pPr>
              <w:jc w:val="center"/>
            </w:pPr>
            <w:r>
              <w:rPr>
                <w:b/>
                <w:sz w:val="16"/>
              </w:rPr>
              <w:t>Ekim 2026</w:t>
            </w:r>
          </w:p>
        </w:tc>
        <w:tc>
          <w:tcPr>
            <w:tcW w:w="1555" w:type="dxa"/>
            <w:shd w:val="clear" w:color="auto" w:fill="EAF2F8"/>
            <w:tcMar>
              <w:top w:w="70" w:type="dxa"/>
              <w:left w:w="70" w:type="dxa"/>
              <w:bottom w:w="70" w:type="dxa"/>
              <w:right w:w="70" w:type="dxa"/>
            </w:tcMar>
            <w:vAlign w:val="center"/>
          </w:tcPr>
          <w:p w14:paraId="4EFA2572" w14:textId="77777777" w:rsidR="00022E1E" w:rsidRDefault="00000000">
            <w:pPr>
              <w:jc w:val="center"/>
            </w:pPr>
            <w:r>
              <w:rPr>
                <w:sz w:val="16"/>
              </w:rPr>
              <w:t>1–16 Ekim</w:t>
            </w:r>
          </w:p>
        </w:tc>
        <w:tc>
          <w:tcPr>
            <w:tcW w:w="5832" w:type="dxa"/>
            <w:shd w:val="clear" w:color="auto" w:fill="EAF2F8"/>
            <w:tcMar>
              <w:top w:w="70" w:type="dxa"/>
              <w:left w:w="70" w:type="dxa"/>
              <w:bottom w:w="70" w:type="dxa"/>
              <w:right w:w="70" w:type="dxa"/>
            </w:tcMar>
            <w:vAlign w:val="center"/>
          </w:tcPr>
          <w:p w14:paraId="6D7B62B9" w14:textId="77777777" w:rsidR="00022E1E" w:rsidRDefault="00000000">
            <w:r>
              <w:rPr>
                <w:sz w:val="16"/>
              </w:rPr>
              <w:t>Kurul ve komisyonların dönemlik çalışma planlarını hazırlaması</w:t>
            </w:r>
          </w:p>
        </w:tc>
        <w:tc>
          <w:tcPr>
            <w:tcW w:w="3384" w:type="dxa"/>
            <w:shd w:val="clear" w:color="auto" w:fill="EAF2F8"/>
            <w:tcMar>
              <w:top w:w="70" w:type="dxa"/>
              <w:left w:w="70" w:type="dxa"/>
              <w:bottom w:w="70" w:type="dxa"/>
              <w:right w:w="70" w:type="dxa"/>
            </w:tcMar>
            <w:vAlign w:val="center"/>
          </w:tcPr>
          <w:p w14:paraId="31874B05" w14:textId="77777777" w:rsidR="00022E1E" w:rsidRDefault="00000000">
            <w:r>
              <w:rPr>
                <w:sz w:val="16"/>
              </w:rPr>
              <w:t>Tüm Kurul ve Komisyonlar</w:t>
            </w:r>
          </w:p>
        </w:tc>
        <w:tc>
          <w:tcPr>
            <w:tcW w:w="2880" w:type="dxa"/>
            <w:shd w:val="clear" w:color="auto" w:fill="EAF2F8"/>
            <w:tcMar>
              <w:top w:w="70" w:type="dxa"/>
              <w:left w:w="70" w:type="dxa"/>
              <w:bottom w:w="70" w:type="dxa"/>
              <w:right w:w="70" w:type="dxa"/>
            </w:tcMar>
            <w:vAlign w:val="center"/>
          </w:tcPr>
          <w:p w14:paraId="2E55C361" w14:textId="77777777" w:rsidR="00022E1E" w:rsidRDefault="00000000">
            <w:r>
              <w:rPr>
                <w:sz w:val="16"/>
              </w:rPr>
              <w:t>Komisyon çalışma planları</w:t>
            </w:r>
          </w:p>
        </w:tc>
      </w:tr>
      <w:tr w:rsidR="00022E1E" w14:paraId="1B72F507" w14:textId="77777777">
        <w:trPr>
          <w:cantSplit/>
          <w:jc w:val="center"/>
        </w:trPr>
        <w:tc>
          <w:tcPr>
            <w:tcW w:w="1440" w:type="dxa"/>
            <w:tcMar>
              <w:top w:w="70" w:type="dxa"/>
              <w:left w:w="70" w:type="dxa"/>
              <w:bottom w:w="70" w:type="dxa"/>
              <w:right w:w="70" w:type="dxa"/>
            </w:tcMar>
            <w:vAlign w:val="center"/>
          </w:tcPr>
          <w:p w14:paraId="2F6A37D5" w14:textId="77777777" w:rsidR="00022E1E" w:rsidRDefault="00000000">
            <w:pPr>
              <w:jc w:val="center"/>
            </w:pPr>
            <w:r>
              <w:rPr>
                <w:b/>
                <w:sz w:val="16"/>
              </w:rPr>
              <w:t>Ekim 2026</w:t>
            </w:r>
          </w:p>
        </w:tc>
        <w:tc>
          <w:tcPr>
            <w:tcW w:w="1555" w:type="dxa"/>
            <w:tcMar>
              <w:top w:w="70" w:type="dxa"/>
              <w:left w:w="70" w:type="dxa"/>
              <w:bottom w:w="70" w:type="dxa"/>
              <w:right w:w="70" w:type="dxa"/>
            </w:tcMar>
            <w:vAlign w:val="center"/>
          </w:tcPr>
          <w:p w14:paraId="18ECBD4C" w14:textId="77777777" w:rsidR="00022E1E" w:rsidRDefault="00000000">
            <w:pPr>
              <w:jc w:val="center"/>
            </w:pPr>
            <w:r>
              <w:rPr>
                <w:sz w:val="16"/>
              </w:rPr>
              <w:t>12–30 Ekim</w:t>
            </w:r>
          </w:p>
        </w:tc>
        <w:tc>
          <w:tcPr>
            <w:tcW w:w="5832" w:type="dxa"/>
            <w:tcMar>
              <w:top w:w="70" w:type="dxa"/>
              <w:left w:w="70" w:type="dxa"/>
              <w:bottom w:w="70" w:type="dxa"/>
              <w:right w:w="70" w:type="dxa"/>
            </w:tcMar>
            <w:vAlign w:val="center"/>
          </w:tcPr>
          <w:p w14:paraId="4D26DB0F" w14:textId="77777777" w:rsidR="00022E1E" w:rsidRDefault="00000000">
            <w:r>
              <w:rPr>
                <w:sz w:val="16"/>
              </w:rPr>
              <w:t>Program bazlı mezun iletişim bilgilerinin güncellenmesi ve mezun veri tabanının oluşturulması</w:t>
            </w:r>
          </w:p>
        </w:tc>
        <w:tc>
          <w:tcPr>
            <w:tcW w:w="3384" w:type="dxa"/>
            <w:tcMar>
              <w:top w:w="70" w:type="dxa"/>
              <w:left w:w="70" w:type="dxa"/>
              <w:bottom w:w="70" w:type="dxa"/>
              <w:right w:w="70" w:type="dxa"/>
            </w:tcMar>
            <w:vAlign w:val="center"/>
          </w:tcPr>
          <w:p w14:paraId="66AEAF1B" w14:textId="77777777" w:rsidR="00022E1E" w:rsidRDefault="00000000">
            <w:r>
              <w:rPr>
                <w:sz w:val="16"/>
              </w:rPr>
              <w:t>Program Başkanlıkları, Öğrenci İşleri</w:t>
            </w:r>
          </w:p>
        </w:tc>
        <w:tc>
          <w:tcPr>
            <w:tcW w:w="2880" w:type="dxa"/>
            <w:tcMar>
              <w:top w:w="70" w:type="dxa"/>
              <w:left w:w="70" w:type="dxa"/>
              <w:bottom w:w="70" w:type="dxa"/>
              <w:right w:w="70" w:type="dxa"/>
            </w:tcMar>
            <w:vAlign w:val="center"/>
          </w:tcPr>
          <w:p w14:paraId="568084C9" w14:textId="77777777" w:rsidR="00022E1E" w:rsidRDefault="00000000">
            <w:r>
              <w:rPr>
                <w:sz w:val="16"/>
              </w:rPr>
              <w:t>Mezun veri tabanı ve iletişim listeleri</w:t>
            </w:r>
          </w:p>
        </w:tc>
      </w:tr>
      <w:tr w:rsidR="00022E1E" w14:paraId="00A0BA92" w14:textId="77777777">
        <w:trPr>
          <w:cantSplit/>
          <w:jc w:val="center"/>
        </w:trPr>
        <w:tc>
          <w:tcPr>
            <w:tcW w:w="1440" w:type="dxa"/>
            <w:shd w:val="clear" w:color="auto" w:fill="EAF2F8"/>
            <w:tcMar>
              <w:top w:w="70" w:type="dxa"/>
              <w:left w:w="70" w:type="dxa"/>
              <w:bottom w:w="70" w:type="dxa"/>
              <w:right w:w="70" w:type="dxa"/>
            </w:tcMar>
            <w:vAlign w:val="center"/>
          </w:tcPr>
          <w:p w14:paraId="242ED780" w14:textId="77777777" w:rsidR="00022E1E" w:rsidRDefault="00000000">
            <w:pPr>
              <w:jc w:val="center"/>
            </w:pPr>
            <w:r>
              <w:rPr>
                <w:b/>
                <w:sz w:val="16"/>
              </w:rPr>
              <w:t>Ekim 2026</w:t>
            </w:r>
          </w:p>
        </w:tc>
        <w:tc>
          <w:tcPr>
            <w:tcW w:w="1555" w:type="dxa"/>
            <w:shd w:val="clear" w:color="auto" w:fill="EAF2F8"/>
            <w:tcMar>
              <w:top w:w="70" w:type="dxa"/>
              <w:left w:w="70" w:type="dxa"/>
              <w:bottom w:w="70" w:type="dxa"/>
              <w:right w:w="70" w:type="dxa"/>
            </w:tcMar>
            <w:vAlign w:val="center"/>
          </w:tcPr>
          <w:p w14:paraId="340E07B1" w14:textId="77777777" w:rsidR="00022E1E" w:rsidRDefault="00000000">
            <w:pPr>
              <w:jc w:val="center"/>
            </w:pPr>
            <w:r>
              <w:rPr>
                <w:sz w:val="16"/>
              </w:rPr>
              <w:t>Ay boyunca</w:t>
            </w:r>
          </w:p>
        </w:tc>
        <w:tc>
          <w:tcPr>
            <w:tcW w:w="5832" w:type="dxa"/>
            <w:shd w:val="clear" w:color="auto" w:fill="EAF2F8"/>
            <w:tcMar>
              <w:top w:w="70" w:type="dxa"/>
              <w:left w:w="70" w:type="dxa"/>
              <w:bottom w:w="70" w:type="dxa"/>
              <w:right w:w="70" w:type="dxa"/>
            </w:tcMar>
            <w:vAlign w:val="center"/>
          </w:tcPr>
          <w:p w14:paraId="1949E200" w14:textId="77777777" w:rsidR="00022E1E" w:rsidRDefault="00000000">
            <w:r>
              <w:rPr>
                <w:sz w:val="16"/>
              </w:rPr>
              <w:t>Uygulama ve laboratuvar güvenliği, cihaz envanteri, bakım ve sarf ihtiyaçlarının kontrolü</w:t>
            </w:r>
          </w:p>
        </w:tc>
        <w:tc>
          <w:tcPr>
            <w:tcW w:w="3384" w:type="dxa"/>
            <w:shd w:val="clear" w:color="auto" w:fill="EAF2F8"/>
            <w:tcMar>
              <w:top w:w="70" w:type="dxa"/>
              <w:left w:w="70" w:type="dxa"/>
              <w:bottom w:w="70" w:type="dxa"/>
              <w:right w:w="70" w:type="dxa"/>
            </w:tcMar>
            <w:vAlign w:val="center"/>
          </w:tcPr>
          <w:p w14:paraId="426FE587" w14:textId="77777777" w:rsidR="00022E1E" w:rsidRDefault="00000000">
            <w:r>
              <w:rPr>
                <w:sz w:val="16"/>
              </w:rPr>
              <w:t>Program Başkanlıkları, Taşınır Yetkilisi, İSG</w:t>
            </w:r>
          </w:p>
        </w:tc>
        <w:tc>
          <w:tcPr>
            <w:tcW w:w="2880" w:type="dxa"/>
            <w:shd w:val="clear" w:color="auto" w:fill="EAF2F8"/>
            <w:tcMar>
              <w:top w:w="70" w:type="dxa"/>
              <w:left w:w="70" w:type="dxa"/>
              <w:bottom w:w="70" w:type="dxa"/>
              <w:right w:w="70" w:type="dxa"/>
            </w:tcMar>
            <w:vAlign w:val="center"/>
          </w:tcPr>
          <w:p w14:paraId="59C5497A" w14:textId="77777777" w:rsidR="00022E1E" w:rsidRDefault="00000000">
            <w:r>
              <w:rPr>
                <w:sz w:val="16"/>
              </w:rPr>
              <w:t>Kontrol formları, ihtiyaç listeleri</w:t>
            </w:r>
          </w:p>
        </w:tc>
      </w:tr>
      <w:tr w:rsidR="00022E1E" w14:paraId="07E0BA72" w14:textId="77777777">
        <w:trPr>
          <w:cantSplit/>
          <w:jc w:val="center"/>
        </w:trPr>
        <w:tc>
          <w:tcPr>
            <w:tcW w:w="1440" w:type="dxa"/>
            <w:tcMar>
              <w:top w:w="70" w:type="dxa"/>
              <w:left w:w="70" w:type="dxa"/>
              <w:bottom w:w="70" w:type="dxa"/>
              <w:right w:w="70" w:type="dxa"/>
            </w:tcMar>
            <w:vAlign w:val="center"/>
          </w:tcPr>
          <w:p w14:paraId="31222012" w14:textId="77777777" w:rsidR="00022E1E" w:rsidRDefault="00000000">
            <w:pPr>
              <w:jc w:val="center"/>
            </w:pPr>
            <w:r>
              <w:rPr>
                <w:b/>
                <w:sz w:val="16"/>
              </w:rPr>
              <w:t>Kasım 2026</w:t>
            </w:r>
          </w:p>
        </w:tc>
        <w:tc>
          <w:tcPr>
            <w:tcW w:w="1555" w:type="dxa"/>
            <w:tcMar>
              <w:top w:w="70" w:type="dxa"/>
              <w:left w:w="70" w:type="dxa"/>
              <w:bottom w:w="70" w:type="dxa"/>
              <w:right w:w="70" w:type="dxa"/>
            </w:tcMar>
            <w:vAlign w:val="center"/>
          </w:tcPr>
          <w:p w14:paraId="053532C1" w14:textId="77777777" w:rsidR="00022E1E" w:rsidRDefault="00000000">
            <w:pPr>
              <w:jc w:val="center"/>
            </w:pPr>
            <w:r>
              <w:rPr>
                <w:sz w:val="16"/>
              </w:rPr>
              <w:t>2–13 Kasım</w:t>
            </w:r>
          </w:p>
        </w:tc>
        <w:tc>
          <w:tcPr>
            <w:tcW w:w="5832" w:type="dxa"/>
            <w:tcMar>
              <w:top w:w="70" w:type="dxa"/>
              <w:left w:w="70" w:type="dxa"/>
              <w:bottom w:w="70" w:type="dxa"/>
              <w:right w:w="70" w:type="dxa"/>
            </w:tcMar>
            <w:vAlign w:val="center"/>
          </w:tcPr>
          <w:p w14:paraId="64E8B76B" w14:textId="77777777" w:rsidR="00022E1E" w:rsidRDefault="00000000">
            <w:r>
              <w:rPr>
                <w:sz w:val="16"/>
              </w:rPr>
              <w:t>Ders izlenceleri ile öğrenme çıktıları, ölçme yöntemleri ve başarı ölçütlerinin öğrencilere açıklanmasının izlenmesi</w:t>
            </w:r>
          </w:p>
        </w:tc>
        <w:tc>
          <w:tcPr>
            <w:tcW w:w="3384" w:type="dxa"/>
            <w:tcMar>
              <w:top w:w="70" w:type="dxa"/>
              <w:left w:w="70" w:type="dxa"/>
              <w:bottom w:w="70" w:type="dxa"/>
              <w:right w:w="70" w:type="dxa"/>
            </w:tcMar>
            <w:vAlign w:val="center"/>
          </w:tcPr>
          <w:p w14:paraId="4ED166E3" w14:textId="77777777" w:rsidR="00022E1E" w:rsidRDefault="00000000">
            <w:r>
              <w:rPr>
                <w:sz w:val="16"/>
              </w:rPr>
              <w:t>Eğitim Komisyonu, Program Başkanlıkları</w:t>
            </w:r>
          </w:p>
        </w:tc>
        <w:tc>
          <w:tcPr>
            <w:tcW w:w="2880" w:type="dxa"/>
            <w:tcMar>
              <w:top w:w="70" w:type="dxa"/>
              <w:left w:w="70" w:type="dxa"/>
              <w:bottom w:w="70" w:type="dxa"/>
              <w:right w:w="70" w:type="dxa"/>
            </w:tcMar>
            <w:vAlign w:val="center"/>
          </w:tcPr>
          <w:p w14:paraId="526500E9" w14:textId="77777777" w:rsidR="00022E1E" w:rsidRDefault="00000000">
            <w:r>
              <w:rPr>
                <w:sz w:val="16"/>
              </w:rPr>
              <w:t>İzlence örnekleri, duyuru ve imza kayıtları</w:t>
            </w:r>
          </w:p>
        </w:tc>
      </w:tr>
      <w:tr w:rsidR="00022E1E" w14:paraId="07FA63A9" w14:textId="77777777">
        <w:trPr>
          <w:cantSplit/>
          <w:jc w:val="center"/>
        </w:trPr>
        <w:tc>
          <w:tcPr>
            <w:tcW w:w="1440" w:type="dxa"/>
            <w:shd w:val="clear" w:color="auto" w:fill="EAF2F8"/>
            <w:tcMar>
              <w:top w:w="70" w:type="dxa"/>
              <w:left w:w="70" w:type="dxa"/>
              <w:bottom w:w="70" w:type="dxa"/>
              <w:right w:w="70" w:type="dxa"/>
            </w:tcMar>
            <w:vAlign w:val="center"/>
          </w:tcPr>
          <w:p w14:paraId="535D6C0C" w14:textId="77777777" w:rsidR="00022E1E" w:rsidRDefault="00000000">
            <w:pPr>
              <w:jc w:val="center"/>
            </w:pPr>
            <w:r>
              <w:rPr>
                <w:b/>
                <w:sz w:val="16"/>
              </w:rPr>
              <w:t>Kasım 2026</w:t>
            </w:r>
          </w:p>
        </w:tc>
        <w:tc>
          <w:tcPr>
            <w:tcW w:w="1555" w:type="dxa"/>
            <w:shd w:val="clear" w:color="auto" w:fill="EAF2F8"/>
            <w:tcMar>
              <w:top w:w="70" w:type="dxa"/>
              <w:left w:w="70" w:type="dxa"/>
              <w:bottom w:w="70" w:type="dxa"/>
              <w:right w:w="70" w:type="dxa"/>
            </w:tcMar>
            <w:vAlign w:val="center"/>
          </w:tcPr>
          <w:p w14:paraId="4206F0E2" w14:textId="77777777" w:rsidR="00022E1E" w:rsidRDefault="00000000">
            <w:pPr>
              <w:jc w:val="center"/>
            </w:pPr>
            <w:r>
              <w:rPr>
                <w:sz w:val="16"/>
              </w:rPr>
              <w:t>9–27 Kasım</w:t>
            </w:r>
          </w:p>
        </w:tc>
        <w:tc>
          <w:tcPr>
            <w:tcW w:w="5832" w:type="dxa"/>
            <w:shd w:val="clear" w:color="auto" w:fill="EAF2F8"/>
            <w:tcMar>
              <w:top w:w="70" w:type="dxa"/>
              <w:left w:w="70" w:type="dxa"/>
              <w:bottom w:w="70" w:type="dxa"/>
              <w:right w:w="70" w:type="dxa"/>
            </w:tcMar>
            <w:vAlign w:val="center"/>
          </w:tcPr>
          <w:p w14:paraId="1F53F6DB" w14:textId="77777777" w:rsidR="00022E1E" w:rsidRDefault="00000000">
            <w:r>
              <w:rPr>
                <w:sz w:val="16"/>
              </w:rPr>
              <w:t>Mezun izleme anketinin program bazlı uygulanması</w:t>
            </w:r>
          </w:p>
        </w:tc>
        <w:tc>
          <w:tcPr>
            <w:tcW w:w="3384" w:type="dxa"/>
            <w:shd w:val="clear" w:color="auto" w:fill="EAF2F8"/>
            <w:tcMar>
              <w:top w:w="70" w:type="dxa"/>
              <w:left w:w="70" w:type="dxa"/>
              <w:bottom w:w="70" w:type="dxa"/>
              <w:right w:w="70" w:type="dxa"/>
            </w:tcMar>
            <w:vAlign w:val="center"/>
          </w:tcPr>
          <w:p w14:paraId="7331E07C" w14:textId="77777777" w:rsidR="00022E1E" w:rsidRDefault="00000000">
            <w:r>
              <w:rPr>
                <w:sz w:val="16"/>
              </w:rPr>
              <w:t>Kalite Komisyonu, Program Başkanlıkları</w:t>
            </w:r>
          </w:p>
        </w:tc>
        <w:tc>
          <w:tcPr>
            <w:tcW w:w="2880" w:type="dxa"/>
            <w:shd w:val="clear" w:color="auto" w:fill="EAF2F8"/>
            <w:tcMar>
              <w:top w:w="70" w:type="dxa"/>
              <w:left w:w="70" w:type="dxa"/>
              <w:bottom w:w="70" w:type="dxa"/>
              <w:right w:w="70" w:type="dxa"/>
            </w:tcMar>
            <w:vAlign w:val="center"/>
          </w:tcPr>
          <w:p w14:paraId="5B7DE656" w14:textId="77777777" w:rsidR="00022E1E" w:rsidRDefault="00000000">
            <w:r>
              <w:rPr>
                <w:sz w:val="16"/>
              </w:rPr>
              <w:t>Anket bağlantısı, katılım ve ham veri kayıtları</w:t>
            </w:r>
          </w:p>
        </w:tc>
      </w:tr>
      <w:tr w:rsidR="00022E1E" w14:paraId="40C49FF5" w14:textId="77777777">
        <w:trPr>
          <w:cantSplit/>
          <w:jc w:val="center"/>
        </w:trPr>
        <w:tc>
          <w:tcPr>
            <w:tcW w:w="1440" w:type="dxa"/>
            <w:tcMar>
              <w:top w:w="70" w:type="dxa"/>
              <w:left w:w="70" w:type="dxa"/>
              <w:bottom w:w="70" w:type="dxa"/>
              <w:right w:w="70" w:type="dxa"/>
            </w:tcMar>
            <w:vAlign w:val="center"/>
          </w:tcPr>
          <w:p w14:paraId="2BCE0BE2" w14:textId="77777777" w:rsidR="00022E1E" w:rsidRDefault="00000000">
            <w:pPr>
              <w:jc w:val="center"/>
            </w:pPr>
            <w:r>
              <w:rPr>
                <w:b/>
                <w:sz w:val="16"/>
              </w:rPr>
              <w:t>Kasım 2026</w:t>
            </w:r>
          </w:p>
        </w:tc>
        <w:tc>
          <w:tcPr>
            <w:tcW w:w="1555" w:type="dxa"/>
            <w:tcMar>
              <w:top w:w="70" w:type="dxa"/>
              <w:left w:w="70" w:type="dxa"/>
              <w:bottom w:w="70" w:type="dxa"/>
              <w:right w:w="70" w:type="dxa"/>
            </w:tcMar>
            <w:vAlign w:val="center"/>
          </w:tcPr>
          <w:p w14:paraId="1AAAAD81" w14:textId="77777777" w:rsidR="00022E1E" w:rsidRDefault="00000000">
            <w:pPr>
              <w:jc w:val="center"/>
            </w:pPr>
            <w:r>
              <w:rPr>
                <w:sz w:val="16"/>
              </w:rPr>
              <w:t>16–30 Kasım</w:t>
            </w:r>
          </w:p>
        </w:tc>
        <w:tc>
          <w:tcPr>
            <w:tcW w:w="5832" w:type="dxa"/>
            <w:tcMar>
              <w:top w:w="70" w:type="dxa"/>
              <w:left w:w="70" w:type="dxa"/>
              <w:bottom w:w="70" w:type="dxa"/>
              <w:right w:w="70" w:type="dxa"/>
            </w:tcMar>
            <w:vAlign w:val="center"/>
          </w:tcPr>
          <w:p w14:paraId="20CEDD85" w14:textId="77777777" w:rsidR="00022E1E" w:rsidRDefault="00000000">
            <w:r>
              <w:rPr>
                <w:sz w:val="16"/>
              </w:rPr>
              <w:t>Birinci dönem danışman–öğrenci görüşmeleri ve risk altındaki öğrencilerin belirlenmesi</w:t>
            </w:r>
          </w:p>
        </w:tc>
        <w:tc>
          <w:tcPr>
            <w:tcW w:w="3384" w:type="dxa"/>
            <w:tcMar>
              <w:top w:w="70" w:type="dxa"/>
              <w:left w:w="70" w:type="dxa"/>
              <w:bottom w:w="70" w:type="dxa"/>
              <w:right w:w="70" w:type="dxa"/>
            </w:tcMar>
            <w:vAlign w:val="center"/>
          </w:tcPr>
          <w:p w14:paraId="3B14FEE0" w14:textId="77777777" w:rsidR="00022E1E" w:rsidRDefault="00000000">
            <w:r>
              <w:rPr>
                <w:sz w:val="16"/>
              </w:rPr>
              <w:t>Akademik Danışmanlar</w:t>
            </w:r>
          </w:p>
        </w:tc>
        <w:tc>
          <w:tcPr>
            <w:tcW w:w="2880" w:type="dxa"/>
            <w:tcMar>
              <w:top w:w="70" w:type="dxa"/>
              <w:left w:w="70" w:type="dxa"/>
              <w:bottom w:w="70" w:type="dxa"/>
              <w:right w:w="70" w:type="dxa"/>
            </w:tcMar>
            <w:vAlign w:val="center"/>
          </w:tcPr>
          <w:p w14:paraId="2F829CC3" w14:textId="77777777" w:rsidR="00022E1E" w:rsidRDefault="00000000">
            <w:r>
              <w:rPr>
                <w:sz w:val="16"/>
              </w:rPr>
              <w:t>Görüşme formları ve yönlendirme kayıtları</w:t>
            </w:r>
          </w:p>
        </w:tc>
      </w:tr>
      <w:tr w:rsidR="00022E1E" w14:paraId="4FAE1BB1" w14:textId="77777777">
        <w:trPr>
          <w:cantSplit/>
          <w:jc w:val="center"/>
        </w:trPr>
        <w:tc>
          <w:tcPr>
            <w:tcW w:w="1440" w:type="dxa"/>
            <w:shd w:val="clear" w:color="auto" w:fill="EAF2F8"/>
            <w:tcMar>
              <w:top w:w="70" w:type="dxa"/>
              <w:left w:w="70" w:type="dxa"/>
              <w:bottom w:w="70" w:type="dxa"/>
              <w:right w:w="70" w:type="dxa"/>
            </w:tcMar>
            <w:vAlign w:val="center"/>
          </w:tcPr>
          <w:p w14:paraId="52395FE8" w14:textId="77777777" w:rsidR="00022E1E" w:rsidRDefault="00000000">
            <w:pPr>
              <w:jc w:val="center"/>
            </w:pPr>
            <w:r>
              <w:rPr>
                <w:b/>
                <w:sz w:val="16"/>
              </w:rPr>
              <w:t>Kasım 2026</w:t>
            </w:r>
          </w:p>
        </w:tc>
        <w:tc>
          <w:tcPr>
            <w:tcW w:w="1555" w:type="dxa"/>
            <w:shd w:val="clear" w:color="auto" w:fill="EAF2F8"/>
            <w:tcMar>
              <w:top w:w="70" w:type="dxa"/>
              <w:left w:w="70" w:type="dxa"/>
              <w:bottom w:w="70" w:type="dxa"/>
              <w:right w:w="70" w:type="dxa"/>
            </w:tcMar>
            <w:vAlign w:val="center"/>
          </w:tcPr>
          <w:p w14:paraId="7E212251" w14:textId="77777777" w:rsidR="00022E1E" w:rsidRDefault="00000000">
            <w:pPr>
              <w:jc w:val="center"/>
            </w:pPr>
            <w:r>
              <w:rPr>
                <w:sz w:val="16"/>
              </w:rPr>
              <w:t>Ay boyunca</w:t>
            </w:r>
          </w:p>
        </w:tc>
        <w:tc>
          <w:tcPr>
            <w:tcW w:w="5832" w:type="dxa"/>
            <w:shd w:val="clear" w:color="auto" w:fill="EAF2F8"/>
            <w:tcMar>
              <w:top w:w="70" w:type="dxa"/>
              <w:left w:w="70" w:type="dxa"/>
              <w:bottom w:w="70" w:type="dxa"/>
              <w:right w:w="70" w:type="dxa"/>
            </w:tcMar>
            <w:vAlign w:val="center"/>
          </w:tcPr>
          <w:p w14:paraId="582E71DD" w14:textId="77777777" w:rsidR="00022E1E" w:rsidRDefault="00000000">
            <w:r>
              <w:rPr>
                <w:sz w:val="16"/>
              </w:rPr>
              <w:t>Dış paydaş toplantılarıyla müfredat, uygulama ve sektör beklentilerinin değerlendirilmesi</w:t>
            </w:r>
          </w:p>
        </w:tc>
        <w:tc>
          <w:tcPr>
            <w:tcW w:w="3384" w:type="dxa"/>
            <w:shd w:val="clear" w:color="auto" w:fill="EAF2F8"/>
            <w:tcMar>
              <w:top w:w="70" w:type="dxa"/>
              <w:left w:w="70" w:type="dxa"/>
              <w:bottom w:w="70" w:type="dxa"/>
              <w:right w:w="70" w:type="dxa"/>
            </w:tcMar>
            <w:vAlign w:val="center"/>
          </w:tcPr>
          <w:p w14:paraId="08D30F9E" w14:textId="77777777" w:rsidR="00022E1E" w:rsidRDefault="00000000">
            <w:r>
              <w:rPr>
                <w:sz w:val="16"/>
              </w:rPr>
              <w:t>Program Başkanlıkları, Dış Paydaşlar</w:t>
            </w:r>
          </w:p>
        </w:tc>
        <w:tc>
          <w:tcPr>
            <w:tcW w:w="2880" w:type="dxa"/>
            <w:shd w:val="clear" w:color="auto" w:fill="EAF2F8"/>
            <w:tcMar>
              <w:top w:w="70" w:type="dxa"/>
              <w:left w:w="70" w:type="dxa"/>
              <w:bottom w:w="70" w:type="dxa"/>
              <w:right w:w="70" w:type="dxa"/>
            </w:tcMar>
            <w:vAlign w:val="center"/>
          </w:tcPr>
          <w:p w14:paraId="240ADC31" w14:textId="77777777" w:rsidR="00022E1E" w:rsidRDefault="00000000">
            <w:r>
              <w:rPr>
                <w:sz w:val="16"/>
              </w:rPr>
              <w:t>Toplantı tutanağı, görüş ve öneriler</w:t>
            </w:r>
          </w:p>
        </w:tc>
      </w:tr>
      <w:tr w:rsidR="00022E1E" w14:paraId="0201A940" w14:textId="77777777">
        <w:trPr>
          <w:cantSplit/>
          <w:jc w:val="center"/>
        </w:trPr>
        <w:tc>
          <w:tcPr>
            <w:tcW w:w="1440" w:type="dxa"/>
            <w:tcMar>
              <w:top w:w="70" w:type="dxa"/>
              <w:left w:w="70" w:type="dxa"/>
              <w:bottom w:w="70" w:type="dxa"/>
              <w:right w:w="70" w:type="dxa"/>
            </w:tcMar>
            <w:vAlign w:val="center"/>
          </w:tcPr>
          <w:p w14:paraId="6569319C" w14:textId="77777777" w:rsidR="00022E1E" w:rsidRDefault="00000000">
            <w:pPr>
              <w:jc w:val="center"/>
            </w:pPr>
            <w:r>
              <w:rPr>
                <w:b/>
                <w:sz w:val="16"/>
              </w:rPr>
              <w:lastRenderedPageBreak/>
              <w:t>Aralık 2026</w:t>
            </w:r>
          </w:p>
        </w:tc>
        <w:tc>
          <w:tcPr>
            <w:tcW w:w="1555" w:type="dxa"/>
            <w:tcMar>
              <w:top w:w="70" w:type="dxa"/>
              <w:left w:w="70" w:type="dxa"/>
              <w:bottom w:w="70" w:type="dxa"/>
              <w:right w:w="70" w:type="dxa"/>
            </w:tcMar>
            <w:vAlign w:val="center"/>
          </w:tcPr>
          <w:p w14:paraId="0FA1257C" w14:textId="77777777" w:rsidR="00022E1E" w:rsidRDefault="00000000">
            <w:pPr>
              <w:jc w:val="center"/>
            </w:pPr>
            <w:r>
              <w:rPr>
                <w:sz w:val="16"/>
              </w:rPr>
              <w:t>1–11 Aralık</w:t>
            </w:r>
          </w:p>
        </w:tc>
        <w:tc>
          <w:tcPr>
            <w:tcW w:w="5832" w:type="dxa"/>
            <w:tcMar>
              <w:top w:w="70" w:type="dxa"/>
              <w:left w:w="70" w:type="dxa"/>
              <w:bottom w:w="70" w:type="dxa"/>
              <w:right w:w="70" w:type="dxa"/>
            </w:tcMar>
            <w:vAlign w:val="center"/>
          </w:tcPr>
          <w:p w14:paraId="3427CA88" w14:textId="77777777" w:rsidR="00022E1E" w:rsidRDefault="00000000">
            <w:r>
              <w:rPr>
                <w:sz w:val="16"/>
              </w:rPr>
              <w:t>Ara sınav sonuçları ve ders öğrenme çıktıları bakımından ölçme-değerlendirme analizlerinin yapılması</w:t>
            </w:r>
          </w:p>
        </w:tc>
        <w:tc>
          <w:tcPr>
            <w:tcW w:w="3384" w:type="dxa"/>
            <w:tcMar>
              <w:top w:w="70" w:type="dxa"/>
              <w:left w:w="70" w:type="dxa"/>
              <w:bottom w:w="70" w:type="dxa"/>
              <w:right w:w="70" w:type="dxa"/>
            </w:tcMar>
            <w:vAlign w:val="center"/>
          </w:tcPr>
          <w:p w14:paraId="75919DFE" w14:textId="77777777" w:rsidR="00022E1E" w:rsidRDefault="00000000">
            <w:r>
              <w:rPr>
                <w:sz w:val="16"/>
              </w:rPr>
              <w:t>Ölçme ve Değerlendirme Komisyonu, Ders Sorumluları</w:t>
            </w:r>
          </w:p>
        </w:tc>
        <w:tc>
          <w:tcPr>
            <w:tcW w:w="2880" w:type="dxa"/>
            <w:tcMar>
              <w:top w:w="70" w:type="dxa"/>
              <w:left w:w="70" w:type="dxa"/>
              <w:bottom w:w="70" w:type="dxa"/>
              <w:right w:w="70" w:type="dxa"/>
            </w:tcMar>
            <w:vAlign w:val="center"/>
          </w:tcPr>
          <w:p w14:paraId="6E670A43" w14:textId="77777777" w:rsidR="00022E1E" w:rsidRDefault="00000000">
            <w:r>
              <w:rPr>
                <w:sz w:val="16"/>
              </w:rPr>
              <w:t>Sınav analizleri ve iyileştirme kararları</w:t>
            </w:r>
          </w:p>
        </w:tc>
      </w:tr>
      <w:tr w:rsidR="00022E1E" w14:paraId="37BE3C2E" w14:textId="77777777">
        <w:trPr>
          <w:cantSplit/>
          <w:jc w:val="center"/>
        </w:trPr>
        <w:tc>
          <w:tcPr>
            <w:tcW w:w="1440" w:type="dxa"/>
            <w:shd w:val="clear" w:color="auto" w:fill="EAF2F8"/>
            <w:tcMar>
              <w:top w:w="70" w:type="dxa"/>
              <w:left w:w="70" w:type="dxa"/>
              <w:bottom w:w="70" w:type="dxa"/>
              <w:right w:w="70" w:type="dxa"/>
            </w:tcMar>
            <w:vAlign w:val="center"/>
          </w:tcPr>
          <w:p w14:paraId="14C6A7F0" w14:textId="77777777" w:rsidR="00022E1E" w:rsidRDefault="00000000">
            <w:pPr>
              <w:jc w:val="center"/>
            </w:pPr>
            <w:r>
              <w:rPr>
                <w:b/>
                <w:sz w:val="16"/>
              </w:rPr>
              <w:t>Aralık 2026</w:t>
            </w:r>
          </w:p>
        </w:tc>
        <w:tc>
          <w:tcPr>
            <w:tcW w:w="1555" w:type="dxa"/>
            <w:shd w:val="clear" w:color="auto" w:fill="EAF2F8"/>
            <w:tcMar>
              <w:top w:w="70" w:type="dxa"/>
              <w:left w:w="70" w:type="dxa"/>
              <w:bottom w:w="70" w:type="dxa"/>
              <w:right w:w="70" w:type="dxa"/>
            </w:tcMar>
            <w:vAlign w:val="center"/>
          </w:tcPr>
          <w:p w14:paraId="242551B2" w14:textId="77777777" w:rsidR="00022E1E" w:rsidRDefault="00000000">
            <w:pPr>
              <w:jc w:val="center"/>
            </w:pPr>
            <w:r>
              <w:rPr>
                <w:sz w:val="16"/>
              </w:rPr>
              <w:t>7–18 Aralık</w:t>
            </w:r>
          </w:p>
        </w:tc>
        <w:tc>
          <w:tcPr>
            <w:tcW w:w="5832" w:type="dxa"/>
            <w:shd w:val="clear" w:color="auto" w:fill="EAF2F8"/>
            <w:tcMar>
              <w:top w:w="70" w:type="dxa"/>
              <w:left w:w="70" w:type="dxa"/>
              <w:bottom w:w="70" w:type="dxa"/>
              <w:right w:w="70" w:type="dxa"/>
            </w:tcMar>
            <w:vAlign w:val="center"/>
          </w:tcPr>
          <w:p w14:paraId="46BBEA49" w14:textId="77777777" w:rsidR="00022E1E" w:rsidRDefault="00000000">
            <w:r>
              <w:rPr>
                <w:sz w:val="16"/>
              </w:rPr>
              <w:t>Güz dönemi öğrenci geri bildirimlerinin alınması; ders, danışmanlık ve hizmet süreçlerinin izlenmesi</w:t>
            </w:r>
          </w:p>
        </w:tc>
        <w:tc>
          <w:tcPr>
            <w:tcW w:w="3384" w:type="dxa"/>
            <w:shd w:val="clear" w:color="auto" w:fill="EAF2F8"/>
            <w:tcMar>
              <w:top w:w="70" w:type="dxa"/>
              <w:left w:w="70" w:type="dxa"/>
              <w:bottom w:w="70" w:type="dxa"/>
              <w:right w:w="70" w:type="dxa"/>
            </w:tcMar>
            <w:vAlign w:val="center"/>
          </w:tcPr>
          <w:p w14:paraId="3217DD72" w14:textId="77777777" w:rsidR="00022E1E" w:rsidRDefault="00000000">
            <w:r>
              <w:rPr>
                <w:sz w:val="16"/>
              </w:rPr>
              <w:t>Kalite Komisyonu, Program Başkanlıkları</w:t>
            </w:r>
          </w:p>
        </w:tc>
        <w:tc>
          <w:tcPr>
            <w:tcW w:w="2880" w:type="dxa"/>
            <w:shd w:val="clear" w:color="auto" w:fill="EAF2F8"/>
            <w:tcMar>
              <w:top w:w="70" w:type="dxa"/>
              <w:left w:w="70" w:type="dxa"/>
              <w:bottom w:w="70" w:type="dxa"/>
              <w:right w:w="70" w:type="dxa"/>
            </w:tcMar>
            <w:vAlign w:val="center"/>
          </w:tcPr>
          <w:p w14:paraId="5897199B" w14:textId="77777777" w:rsidR="00022E1E" w:rsidRDefault="00000000">
            <w:r>
              <w:rPr>
                <w:sz w:val="16"/>
              </w:rPr>
              <w:t>Anket sonuçları ve değerlendirme raporu</w:t>
            </w:r>
          </w:p>
        </w:tc>
      </w:tr>
      <w:tr w:rsidR="00022E1E" w14:paraId="662B740F" w14:textId="77777777">
        <w:trPr>
          <w:cantSplit/>
          <w:jc w:val="center"/>
        </w:trPr>
        <w:tc>
          <w:tcPr>
            <w:tcW w:w="1440" w:type="dxa"/>
            <w:tcMar>
              <w:top w:w="70" w:type="dxa"/>
              <w:left w:w="70" w:type="dxa"/>
              <w:bottom w:w="70" w:type="dxa"/>
              <w:right w:w="70" w:type="dxa"/>
            </w:tcMar>
            <w:vAlign w:val="center"/>
          </w:tcPr>
          <w:p w14:paraId="181787A1" w14:textId="77777777" w:rsidR="00022E1E" w:rsidRDefault="00000000">
            <w:pPr>
              <w:jc w:val="center"/>
            </w:pPr>
            <w:r>
              <w:rPr>
                <w:b/>
                <w:sz w:val="16"/>
              </w:rPr>
              <w:t>Aralık 2026</w:t>
            </w:r>
          </w:p>
        </w:tc>
        <w:tc>
          <w:tcPr>
            <w:tcW w:w="1555" w:type="dxa"/>
            <w:tcMar>
              <w:top w:w="70" w:type="dxa"/>
              <w:left w:w="70" w:type="dxa"/>
              <w:bottom w:w="70" w:type="dxa"/>
              <w:right w:w="70" w:type="dxa"/>
            </w:tcMar>
            <w:vAlign w:val="center"/>
          </w:tcPr>
          <w:p w14:paraId="59BAF9F0" w14:textId="77777777" w:rsidR="00022E1E" w:rsidRDefault="00000000">
            <w:pPr>
              <w:jc w:val="center"/>
            </w:pPr>
            <w:r>
              <w:rPr>
                <w:sz w:val="16"/>
              </w:rPr>
              <w:t>14–25 Aralık</w:t>
            </w:r>
          </w:p>
        </w:tc>
        <w:tc>
          <w:tcPr>
            <w:tcW w:w="5832" w:type="dxa"/>
            <w:tcMar>
              <w:top w:w="70" w:type="dxa"/>
              <w:left w:w="70" w:type="dxa"/>
              <w:bottom w:w="70" w:type="dxa"/>
              <w:right w:w="70" w:type="dxa"/>
            </w:tcMar>
            <w:vAlign w:val="center"/>
          </w:tcPr>
          <w:p w14:paraId="75134CD8" w14:textId="77777777" w:rsidR="00022E1E" w:rsidRDefault="00000000">
            <w:r>
              <w:rPr>
                <w:sz w:val="16"/>
              </w:rPr>
              <w:t>Toplumsal katkı faaliyetlerinin ara değerlendirmesi ve bahar dönemi faaliyetlerinin planlanması</w:t>
            </w:r>
          </w:p>
        </w:tc>
        <w:tc>
          <w:tcPr>
            <w:tcW w:w="3384" w:type="dxa"/>
            <w:tcMar>
              <w:top w:w="70" w:type="dxa"/>
              <w:left w:w="70" w:type="dxa"/>
              <w:bottom w:w="70" w:type="dxa"/>
              <w:right w:w="70" w:type="dxa"/>
            </w:tcMar>
            <w:vAlign w:val="center"/>
          </w:tcPr>
          <w:p w14:paraId="0077E073" w14:textId="77777777" w:rsidR="00022E1E" w:rsidRDefault="00000000">
            <w:r>
              <w:rPr>
                <w:sz w:val="16"/>
              </w:rPr>
              <w:t>Toplumsal Katkı Komisyonu, Program Başkanlıkları</w:t>
            </w:r>
          </w:p>
        </w:tc>
        <w:tc>
          <w:tcPr>
            <w:tcW w:w="2880" w:type="dxa"/>
            <w:tcMar>
              <w:top w:w="70" w:type="dxa"/>
              <w:left w:w="70" w:type="dxa"/>
              <w:bottom w:w="70" w:type="dxa"/>
              <w:right w:w="70" w:type="dxa"/>
            </w:tcMar>
            <w:vAlign w:val="center"/>
          </w:tcPr>
          <w:p w14:paraId="11EA5780" w14:textId="77777777" w:rsidR="00022E1E" w:rsidRDefault="00000000">
            <w:r>
              <w:rPr>
                <w:sz w:val="16"/>
              </w:rPr>
              <w:t>Faaliyet izleme tablosu ve plan</w:t>
            </w:r>
          </w:p>
        </w:tc>
      </w:tr>
      <w:tr w:rsidR="00022E1E" w14:paraId="577B942D" w14:textId="77777777">
        <w:trPr>
          <w:cantSplit/>
          <w:jc w:val="center"/>
        </w:trPr>
        <w:tc>
          <w:tcPr>
            <w:tcW w:w="1440" w:type="dxa"/>
            <w:shd w:val="clear" w:color="auto" w:fill="EAF2F8"/>
            <w:tcMar>
              <w:top w:w="70" w:type="dxa"/>
              <w:left w:w="70" w:type="dxa"/>
              <w:bottom w:w="70" w:type="dxa"/>
              <w:right w:w="70" w:type="dxa"/>
            </w:tcMar>
            <w:vAlign w:val="center"/>
          </w:tcPr>
          <w:p w14:paraId="2C104F63" w14:textId="77777777" w:rsidR="00022E1E" w:rsidRDefault="00000000">
            <w:pPr>
              <w:jc w:val="center"/>
            </w:pPr>
            <w:r>
              <w:rPr>
                <w:b/>
                <w:sz w:val="16"/>
              </w:rPr>
              <w:t>Aralık 2026</w:t>
            </w:r>
          </w:p>
        </w:tc>
        <w:tc>
          <w:tcPr>
            <w:tcW w:w="1555" w:type="dxa"/>
            <w:shd w:val="clear" w:color="auto" w:fill="EAF2F8"/>
            <w:tcMar>
              <w:top w:w="70" w:type="dxa"/>
              <w:left w:w="70" w:type="dxa"/>
              <w:bottom w:w="70" w:type="dxa"/>
              <w:right w:w="70" w:type="dxa"/>
            </w:tcMar>
            <w:vAlign w:val="center"/>
          </w:tcPr>
          <w:p w14:paraId="08C2425D" w14:textId="77777777" w:rsidR="00022E1E" w:rsidRDefault="00000000">
            <w:pPr>
              <w:jc w:val="center"/>
            </w:pPr>
            <w:r>
              <w:rPr>
                <w:sz w:val="16"/>
              </w:rPr>
              <w:t>Ay sonu</w:t>
            </w:r>
          </w:p>
        </w:tc>
        <w:tc>
          <w:tcPr>
            <w:tcW w:w="5832" w:type="dxa"/>
            <w:shd w:val="clear" w:color="auto" w:fill="EAF2F8"/>
            <w:tcMar>
              <w:top w:w="70" w:type="dxa"/>
              <w:left w:w="70" w:type="dxa"/>
              <w:bottom w:w="70" w:type="dxa"/>
              <w:right w:w="70" w:type="dxa"/>
            </w:tcMar>
            <w:vAlign w:val="center"/>
          </w:tcPr>
          <w:p w14:paraId="1F78A282" w14:textId="77777777" w:rsidR="00022E1E" w:rsidRDefault="00000000">
            <w:r>
              <w:rPr>
                <w:sz w:val="16"/>
              </w:rPr>
              <w:t>Yıl sonu satın alma, taşınır, bakım-onarım ve bütçe ihtiyaçlarının değerlendirilmesi</w:t>
            </w:r>
          </w:p>
        </w:tc>
        <w:tc>
          <w:tcPr>
            <w:tcW w:w="3384" w:type="dxa"/>
            <w:shd w:val="clear" w:color="auto" w:fill="EAF2F8"/>
            <w:tcMar>
              <w:top w:w="70" w:type="dxa"/>
              <w:left w:w="70" w:type="dxa"/>
              <w:bottom w:w="70" w:type="dxa"/>
              <w:right w:w="70" w:type="dxa"/>
            </w:tcMar>
            <w:vAlign w:val="center"/>
          </w:tcPr>
          <w:p w14:paraId="71FF1BF5" w14:textId="77777777" w:rsidR="00022E1E" w:rsidRDefault="00000000">
            <w:r>
              <w:rPr>
                <w:sz w:val="16"/>
              </w:rPr>
              <w:t>Müdürlük, Yüksekokul Sekreterliği</w:t>
            </w:r>
          </w:p>
        </w:tc>
        <w:tc>
          <w:tcPr>
            <w:tcW w:w="2880" w:type="dxa"/>
            <w:shd w:val="clear" w:color="auto" w:fill="EAF2F8"/>
            <w:tcMar>
              <w:top w:w="70" w:type="dxa"/>
              <w:left w:w="70" w:type="dxa"/>
              <w:bottom w:w="70" w:type="dxa"/>
              <w:right w:w="70" w:type="dxa"/>
            </w:tcMar>
            <w:vAlign w:val="center"/>
          </w:tcPr>
          <w:p w14:paraId="62E071D3" w14:textId="77777777" w:rsidR="00022E1E" w:rsidRDefault="00000000">
            <w:r>
              <w:rPr>
                <w:sz w:val="16"/>
              </w:rPr>
              <w:t>İhtiyaç ve bütçe değerlendirme kayıtları</w:t>
            </w:r>
          </w:p>
        </w:tc>
      </w:tr>
      <w:tr w:rsidR="00022E1E" w14:paraId="11B29B54" w14:textId="77777777">
        <w:trPr>
          <w:cantSplit/>
          <w:jc w:val="center"/>
        </w:trPr>
        <w:tc>
          <w:tcPr>
            <w:tcW w:w="1440" w:type="dxa"/>
            <w:tcMar>
              <w:top w:w="70" w:type="dxa"/>
              <w:left w:w="70" w:type="dxa"/>
              <w:bottom w:w="70" w:type="dxa"/>
              <w:right w:w="70" w:type="dxa"/>
            </w:tcMar>
            <w:vAlign w:val="center"/>
          </w:tcPr>
          <w:p w14:paraId="3AF06B19" w14:textId="77777777" w:rsidR="00022E1E" w:rsidRDefault="00000000">
            <w:pPr>
              <w:jc w:val="center"/>
            </w:pPr>
            <w:r>
              <w:rPr>
                <w:b/>
                <w:sz w:val="16"/>
              </w:rPr>
              <w:t>Ocak 2027</w:t>
            </w:r>
          </w:p>
        </w:tc>
        <w:tc>
          <w:tcPr>
            <w:tcW w:w="1555" w:type="dxa"/>
            <w:tcMar>
              <w:top w:w="70" w:type="dxa"/>
              <w:left w:w="70" w:type="dxa"/>
              <w:bottom w:w="70" w:type="dxa"/>
              <w:right w:w="70" w:type="dxa"/>
            </w:tcMar>
            <w:vAlign w:val="center"/>
          </w:tcPr>
          <w:p w14:paraId="34497560" w14:textId="77777777" w:rsidR="00022E1E" w:rsidRDefault="00000000">
            <w:pPr>
              <w:jc w:val="center"/>
            </w:pPr>
            <w:r>
              <w:rPr>
                <w:sz w:val="16"/>
              </w:rPr>
              <w:t>4–15 Ocak</w:t>
            </w:r>
          </w:p>
        </w:tc>
        <w:tc>
          <w:tcPr>
            <w:tcW w:w="5832" w:type="dxa"/>
            <w:tcMar>
              <w:top w:w="70" w:type="dxa"/>
              <w:left w:w="70" w:type="dxa"/>
              <w:bottom w:w="70" w:type="dxa"/>
              <w:right w:w="70" w:type="dxa"/>
            </w:tcMar>
            <w:vAlign w:val="center"/>
          </w:tcPr>
          <w:p w14:paraId="0128AECF" w14:textId="77777777" w:rsidR="00022E1E" w:rsidRDefault="00000000">
            <w:r>
              <w:rPr>
                <w:sz w:val="16"/>
              </w:rPr>
              <w:t>Güz dönemi sonu ders dosyalarının kontrolü; sınav evrakı, analizler ve iyileştirme kanıtlarının tamamlanması</w:t>
            </w:r>
          </w:p>
        </w:tc>
        <w:tc>
          <w:tcPr>
            <w:tcW w:w="3384" w:type="dxa"/>
            <w:tcMar>
              <w:top w:w="70" w:type="dxa"/>
              <w:left w:w="70" w:type="dxa"/>
              <w:bottom w:w="70" w:type="dxa"/>
              <w:right w:w="70" w:type="dxa"/>
            </w:tcMar>
            <w:vAlign w:val="center"/>
          </w:tcPr>
          <w:p w14:paraId="10C6E0E4" w14:textId="77777777" w:rsidR="00022E1E" w:rsidRDefault="00000000">
            <w:r>
              <w:rPr>
                <w:sz w:val="16"/>
              </w:rPr>
              <w:t>Program Başkanlıkları, Eğitim ve Ölçme Komisyonları</w:t>
            </w:r>
          </w:p>
        </w:tc>
        <w:tc>
          <w:tcPr>
            <w:tcW w:w="2880" w:type="dxa"/>
            <w:tcMar>
              <w:top w:w="70" w:type="dxa"/>
              <w:left w:w="70" w:type="dxa"/>
              <w:bottom w:w="70" w:type="dxa"/>
              <w:right w:w="70" w:type="dxa"/>
            </w:tcMar>
            <w:vAlign w:val="center"/>
          </w:tcPr>
          <w:p w14:paraId="38AE4C51" w14:textId="77777777" w:rsidR="00022E1E" w:rsidRDefault="00000000">
            <w:r>
              <w:rPr>
                <w:sz w:val="16"/>
              </w:rPr>
              <w:t>Ders dosyası kontrol tutanakları</w:t>
            </w:r>
          </w:p>
        </w:tc>
      </w:tr>
      <w:tr w:rsidR="00022E1E" w14:paraId="300D0597" w14:textId="77777777">
        <w:trPr>
          <w:cantSplit/>
          <w:jc w:val="center"/>
        </w:trPr>
        <w:tc>
          <w:tcPr>
            <w:tcW w:w="1440" w:type="dxa"/>
            <w:shd w:val="clear" w:color="auto" w:fill="EAF2F8"/>
            <w:tcMar>
              <w:top w:w="70" w:type="dxa"/>
              <w:left w:w="70" w:type="dxa"/>
              <w:bottom w:w="70" w:type="dxa"/>
              <w:right w:w="70" w:type="dxa"/>
            </w:tcMar>
            <w:vAlign w:val="center"/>
          </w:tcPr>
          <w:p w14:paraId="0BFDA3DC" w14:textId="77777777" w:rsidR="00022E1E" w:rsidRDefault="00000000">
            <w:pPr>
              <w:jc w:val="center"/>
            </w:pPr>
            <w:r>
              <w:rPr>
                <w:b/>
                <w:sz w:val="16"/>
              </w:rPr>
              <w:t>Ocak 2027</w:t>
            </w:r>
          </w:p>
        </w:tc>
        <w:tc>
          <w:tcPr>
            <w:tcW w:w="1555" w:type="dxa"/>
            <w:shd w:val="clear" w:color="auto" w:fill="EAF2F8"/>
            <w:tcMar>
              <w:top w:w="70" w:type="dxa"/>
              <w:left w:w="70" w:type="dxa"/>
              <w:bottom w:w="70" w:type="dxa"/>
              <w:right w:w="70" w:type="dxa"/>
            </w:tcMar>
            <w:vAlign w:val="center"/>
          </w:tcPr>
          <w:p w14:paraId="1C83E732" w14:textId="77777777" w:rsidR="00022E1E" w:rsidRDefault="00000000">
            <w:pPr>
              <w:jc w:val="center"/>
            </w:pPr>
            <w:r>
              <w:rPr>
                <w:sz w:val="16"/>
              </w:rPr>
              <w:t>11–22 Ocak</w:t>
            </w:r>
          </w:p>
        </w:tc>
        <w:tc>
          <w:tcPr>
            <w:tcW w:w="5832" w:type="dxa"/>
            <w:shd w:val="clear" w:color="auto" w:fill="EAF2F8"/>
            <w:tcMar>
              <w:top w:w="70" w:type="dxa"/>
              <w:left w:w="70" w:type="dxa"/>
              <w:bottom w:w="70" w:type="dxa"/>
              <w:right w:w="70" w:type="dxa"/>
            </w:tcMar>
            <w:vAlign w:val="center"/>
          </w:tcPr>
          <w:p w14:paraId="0B492C74" w14:textId="77777777" w:rsidR="00022E1E" w:rsidRDefault="00000000">
            <w:r>
              <w:rPr>
                <w:sz w:val="16"/>
              </w:rPr>
              <w:t>Mezun izleme verilerinin analizi ve program bazlı raporlanması</w:t>
            </w:r>
          </w:p>
        </w:tc>
        <w:tc>
          <w:tcPr>
            <w:tcW w:w="3384" w:type="dxa"/>
            <w:shd w:val="clear" w:color="auto" w:fill="EAF2F8"/>
            <w:tcMar>
              <w:top w:w="70" w:type="dxa"/>
              <w:left w:w="70" w:type="dxa"/>
              <w:bottom w:w="70" w:type="dxa"/>
              <w:right w:w="70" w:type="dxa"/>
            </w:tcMar>
            <w:vAlign w:val="center"/>
          </w:tcPr>
          <w:p w14:paraId="113B15F7" w14:textId="77777777" w:rsidR="00022E1E" w:rsidRDefault="00000000">
            <w:r>
              <w:rPr>
                <w:sz w:val="16"/>
              </w:rPr>
              <w:t>Kalite Komisyonu, Program Başkanlıkları</w:t>
            </w:r>
          </w:p>
        </w:tc>
        <w:tc>
          <w:tcPr>
            <w:tcW w:w="2880" w:type="dxa"/>
            <w:shd w:val="clear" w:color="auto" w:fill="EAF2F8"/>
            <w:tcMar>
              <w:top w:w="70" w:type="dxa"/>
              <w:left w:w="70" w:type="dxa"/>
              <w:bottom w:w="70" w:type="dxa"/>
              <w:right w:w="70" w:type="dxa"/>
            </w:tcMar>
            <w:vAlign w:val="center"/>
          </w:tcPr>
          <w:p w14:paraId="22C66492" w14:textId="77777777" w:rsidR="00022E1E" w:rsidRDefault="00000000">
            <w:r>
              <w:rPr>
                <w:sz w:val="16"/>
              </w:rPr>
              <w:t>Mezun izleme raporu</w:t>
            </w:r>
          </w:p>
        </w:tc>
      </w:tr>
      <w:tr w:rsidR="00022E1E" w14:paraId="65548944" w14:textId="77777777">
        <w:trPr>
          <w:cantSplit/>
          <w:jc w:val="center"/>
        </w:trPr>
        <w:tc>
          <w:tcPr>
            <w:tcW w:w="1440" w:type="dxa"/>
            <w:tcMar>
              <w:top w:w="70" w:type="dxa"/>
              <w:left w:w="70" w:type="dxa"/>
              <w:bottom w:w="70" w:type="dxa"/>
              <w:right w:w="70" w:type="dxa"/>
            </w:tcMar>
            <w:vAlign w:val="center"/>
          </w:tcPr>
          <w:p w14:paraId="7E9C2F71" w14:textId="77777777" w:rsidR="00022E1E" w:rsidRDefault="00000000">
            <w:pPr>
              <w:jc w:val="center"/>
            </w:pPr>
            <w:r>
              <w:rPr>
                <w:b/>
                <w:sz w:val="16"/>
              </w:rPr>
              <w:t>Ocak 2027</w:t>
            </w:r>
          </w:p>
        </w:tc>
        <w:tc>
          <w:tcPr>
            <w:tcW w:w="1555" w:type="dxa"/>
            <w:tcMar>
              <w:top w:w="70" w:type="dxa"/>
              <w:left w:w="70" w:type="dxa"/>
              <w:bottom w:w="70" w:type="dxa"/>
              <w:right w:w="70" w:type="dxa"/>
            </w:tcMar>
            <w:vAlign w:val="center"/>
          </w:tcPr>
          <w:p w14:paraId="48D50E17" w14:textId="77777777" w:rsidR="00022E1E" w:rsidRDefault="00000000">
            <w:pPr>
              <w:jc w:val="center"/>
            </w:pPr>
            <w:r>
              <w:rPr>
                <w:sz w:val="16"/>
              </w:rPr>
              <w:t>18–29 Ocak</w:t>
            </w:r>
          </w:p>
        </w:tc>
        <w:tc>
          <w:tcPr>
            <w:tcW w:w="5832" w:type="dxa"/>
            <w:tcMar>
              <w:top w:w="70" w:type="dxa"/>
              <w:left w:w="70" w:type="dxa"/>
              <w:bottom w:w="70" w:type="dxa"/>
              <w:right w:w="70" w:type="dxa"/>
            </w:tcMar>
            <w:vAlign w:val="center"/>
          </w:tcPr>
          <w:p w14:paraId="308A74EE" w14:textId="77777777" w:rsidR="00022E1E" w:rsidRDefault="00000000">
            <w:r>
              <w:rPr>
                <w:sz w:val="16"/>
              </w:rPr>
              <w:t>Program çıktılarının güz dönemi gerçekleşme düzeylerinin ve doğrudan/dolaylı ölçüm sonuçlarının değerlendirilmesi</w:t>
            </w:r>
          </w:p>
        </w:tc>
        <w:tc>
          <w:tcPr>
            <w:tcW w:w="3384" w:type="dxa"/>
            <w:tcMar>
              <w:top w:w="70" w:type="dxa"/>
              <w:left w:w="70" w:type="dxa"/>
              <w:bottom w:w="70" w:type="dxa"/>
              <w:right w:w="70" w:type="dxa"/>
            </w:tcMar>
            <w:vAlign w:val="center"/>
          </w:tcPr>
          <w:p w14:paraId="4AB48981" w14:textId="77777777" w:rsidR="00022E1E" w:rsidRDefault="00000000">
            <w:r>
              <w:rPr>
                <w:sz w:val="16"/>
              </w:rPr>
              <w:t>Program Başkanlıkları, Eğitim Komisyonu</w:t>
            </w:r>
          </w:p>
        </w:tc>
        <w:tc>
          <w:tcPr>
            <w:tcW w:w="2880" w:type="dxa"/>
            <w:tcMar>
              <w:top w:w="70" w:type="dxa"/>
              <w:left w:w="70" w:type="dxa"/>
              <w:bottom w:w="70" w:type="dxa"/>
              <w:right w:w="70" w:type="dxa"/>
            </w:tcMar>
            <w:vAlign w:val="center"/>
          </w:tcPr>
          <w:p w14:paraId="0B0BF8CD" w14:textId="77777777" w:rsidR="00022E1E" w:rsidRDefault="00000000">
            <w:r>
              <w:rPr>
                <w:sz w:val="16"/>
              </w:rPr>
              <w:t>Program çıktıları değerlendirme raporu</w:t>
            </w:r>
          </w:p>
        </w:tc>
      </w:tr>
      <w:tr w:rsidR="00022E1E" w14:paraId="1049A605" w14:textId="77777777">
        <w:trPr>
          <w:cantSplit/>
          <w:jc w:val="center"/>
        </w:trPr>
        <w:tc>
          <w:tcPr>
            <w:tcW w:w="1440" w:type="dxa"/>
            <w:shd w:val="clear" w:color="auto" w:fill="EAF2F8"/>
            <w:tcMar>
              <w:top w:w="70" w:type="dxa"/>
              <w:left w:w="70" w:type="dxa"/>
              <w:bottom w:w="70" w:type="dxa"/>
              <w:right w:w="70" w:type="dxa"/>
            </w:tcMar>
            <w:vAlign w:val="center"/>
          </w:tcPr>
          <w:p w14:paraId="7722E9C4" w14:textId="77777777" w:rsidR="00022E1E" w:rsidRDefault="00000000">
            <w:pPr>
              <w:jc w:val="center"/>
            </w:pPr>
            <w:r>
              <w:rPr>
                <w:b/>
                <w:sz w:val="16"/>
              </w:rPr>
              <w:t>Ocak 2027</w:t>
            </w:r>
          </w:p>
        </w:tc>
        <w:tc>
          <w:tcPr>
            <w:tcW w:w="1555" w:type="dxa"/>
            <w:shd w:val="clear" w:color="auto" w:fill="EAF2F8"/>
            <w:tcMar>
              <w:top w:w="70" w:type="dxa"/>
              <w:left w:w="70" w:type="dxa"/>
              <w:bottom w:w="70" w:type="dxa"/>
              <w:right w:w="70" w:type="dxa"/>
            </w:tcMar>
            <w:vAlign w:val="center"/>
          </w:tcPr>
          <w:p w14:paraId="116EEBE8" w14:textId="77777777" w:rsidR="00022E1E" w:rsidRDefault="00000000">
            <w:pPr>
              <w:jc w:val="center"/>
            </w:pPr>
            <w:r>
              <w:rPr>
                <w:sz w:val="16"/>
              </w:rPr>
              <w:t>Ay sonu</w:t>
            </w:r>
          </w:p>
        </w:tc>
        <w:tc>
          <w:tcPr>
            <w:tcW w:w="5832" w:type="dxa"/>
            <w:shd w:val="clear" w:color="auto" w:fill="EAF2F8"/>
            <w:tcMar>
              <w:top w:w="70" w:type="dxa"/>
              <w:left w:w="70" w:type="dxa"/>
              <w:bottom w:w="70" w:type="dxa"/>
              <w:right w:w="70" w:type="dxa"/>
            </w:tcMar>
            <w:vAlign w:val="center"/>
          </w:tcPr>
          <w:p w14:paraId="675CE5BE" w14:textId="77777777" w:rsidR="00022E1E" w:rsidRDefault="00000000">
            <w:r>
              <w:rPr>
                <w:sz w:val="16"/>
              </w:rPr>
              <w:t>Güz dönemi değerlendirme toplantısı ve PUKÖ çevrimi kapsamında iyileştirme kararları</w:t>
            </w:r>
          </w:p>
        </w:tc>
        <w:tc>
          <w:tcPr>
            <w:tcW w:w="3384" w:type="dxa"/>
            <w:shd w:val="clear" w:color="auto" w:fill="EAF2F8"/>
            <w:tcMar>
              <w:top w:w="70" w:type="dxa"/>
              <w:left w:w="70" w:type="dxa"/>
              <w:bottom w:w="70" w:type="dxa"/>
              <w:right w:w="70" w:type="dxa"/>
            </w:tcMar>
            <w:vAlign w:val="center"/>
          </w:tcPr>
          <w:p w14:paraId="71E68848" w14:textId="77777777" w:rsidR="00022E1E" w:rsidRDefault="00000000">
            <w:r>
              <w:rPr>
                <w:sz w:val="16"/>
              </w:rPr>
              <w:t>Müdürlük, Akademik Kurul, Kalite Komisyonu</w:t>
            </w:r>
          </w:p>
        </w:tc>
        <w:tc>
          <w:tcPr>
            <w:tcW w:w="2880" w:type="dxa"/>
            <w:shd w:val="clear" w:color="auto" w:fill="EAF2F8"/>
            <w:tcMar>
              <w:top w:w="70" w:type="dxa"/>
              <w:left w:w="70" w:type="dxa"/>
              <w:bottom w:w="70" w:type="dxa"/>
              <w:right w:w="70" w:type="dxa"/>
            </w:tcMar>
            <w:vAlign w:val="center"/>
          </w:tcPr>
          <w:p w14:paraId="34071F54" w14:textId="77777777" w:rsidR="00022E1E" w:rsidRDefault="00000000">
            <w:r>
              <w:rPr>
                <w:sz w:val="16"/>
              </w:rPr>
              <w:t>Toplantı tutanağı, PUKÖ kayıtları</w:t>
            </w:r>
          </w:p>
        </w:tc>
      </w:tr>
      <w:tr w:rsidR="00022E1E" w14:paraId="342B9ABC" w14:textId="77777777">
        <w:trPr>
          <w:cantSplit/>
          <w:jc w:val="center"/>
        </w:trPr>
        <w:tc>
          <w:tcPr>
            <w:tcW w:w="1440" w:type="dxa"/>
            <w:tcMar>
              <w:top w:w="70" w:type="dxa"/>
              <w:left w:w="70" w:type="dxa"/>
              <w:bottom w:w="70" w:type="dxa"/>
              <w:right w:w="70" w:type="dxa"/>
            </w:tcMar>
            <w:vAlign w:val="center"/>
          </w:tcPr>
          <w:p w14:paraId="7472D2BF" w14:textId="77777777" w:rsidR="00022E1E" w:rsidRDefault="00000000">
            <w:pPr>
              <w:jc w:val="center"/>
            </w:pPr>
            <w:r>
              <w:rPr>
                <w:b/>
                <w:sz w:val="16"/>
              </w:rPr>
              <w:t>Şubat 2027</w:t>
            </w:r>
          </w:p>
        </w:tc>
        <w:tc>
          <w:tcPr>
            <w:tcW w:w="1555" w:type="dxa"/>
            <w:tcMar>
              <w:top w:w="70" w:type="dxa"/>
              <w:left w:w="70" w:type="dxa"/>
              <w:bottom w:w="70" w:type="dxa"/>
              <w:right w:w="70" w:type="dxa"/>
            </w:tcMar>
            <w:vAlign w:val="center"/>
          </w:tcPr>
          <w:p w14:paraId="740BEDC8" w14:textId="77777777" w:rsidR="00022E1E" w:rsidRDefault="00000000">
            <w:pPr>
              <w:jc w:val="center"/>
            </w:pPr>
            <w:r>
              <w:rPr>
                <w:sz w:val="16"/>
              </w:rPr>
              <w:t>1–12 Şubat</w:t>
            </w:r>
          </w:p>
        </w:tc>
        <w:tc>
          <w:tcPr>
            <w:tcW w:w="5832" w:type="dxa"/>
            <w:tcMar>
              <w:top w:w="70" w:type="dxa"/>
              <w:left w:w="70" w:type="dxa"/>
              <w:bottom w:w="70" w:type="dxa"/>
              <w:right w:w="70" w:type="dxa"/>
            </w:tcMar>
            <w:vAlign w:val="center"/>
          </w:tcPr>
          <w:p w14:paraId="08AE105D" w14:textId="77777777" w:rsidR="00022E1E" w:rsidRDefault="00000000">
            <w:r>
              <w:rPr>
                <w:sz w:val="16"/>
              </w:rPr>
              <w:t>Bahar dönemi ders görevlendirmeleri, programları, izlenceleri ve ders bilgi paketlerinin son kontrolü</w:t>
            </w:r>
          </w:p>
        </w:tc>
        <w:tc>
          <w:tcPr>
            <w:tcW w:w="3384" w:type="dxa"/>
            <w:tcMar>
              <w:top w:w="70" w:type="dxa"/>
              <w:left w:w="70" w:type="dxa"/>
              <w:bottom w:w="70" w:type="dxa"/>
              <w:right w:w="70" w:type="dxa"/>
            </w:tcMar>
            <w:vAlign w:val="center"/>
          </w:tcPr>
          <w:p w14:paraId="18B67942" w14:textId="77777777" w:rsidR="00022E1E" w:rsidRDefault="00000000">
            <w:r>
              <w:rPr>
                <w:sz w:val="16"/>
              </w:rPr>
              <w:t>Eğitim Komisyonu, Program Başkanlıkları</w:t>
            </w:r>
          </w:p>
        </w:tc>
        <w:tc>
          <w:tcPr>
            <w:tcW w:w="2880" w:type="dxa"/>
            <w:tcMar>
              <w:top w:w="70" w:type="dxa"/>
              <w:left w:w="70" w:type="dxa"/>
              <w:bottom w:w="70" w:type="dxa"/>
              <w:right w:w="70" w:type="dxa"/>
            </w:tcMar>
            <w:vAlign w:val="center"/>
          </w:tcPr>
          <w:p w14:paraId="2B5698AB" w14:textId="77777777" w:rsidR="00022E1E" w:rsidRDefault="00000000">
            <w:r>
              <w:rPr>
                <w:sz w:val="16"/>
              </w:rPr>
              <w:t>Kontrol listeleri ve güncel ders belgeleri</w:t>
            </w:r>
          </w:p>
        </w:tc>
      </w:tr>
      <w:tr w:rsidR="00022E1E" w14:paraId="365C9963" w14:textId="77777777">
        <w:trPr>
          <w:cantSplit/>
          <w:jc w:val="center"/>
        </w:trPr>
        <w:tc>
          <w:tcPr>
            <w:tcW w:w="1440" w:type="dxa"/>
            <w:shd w:val="clear" w:color="auto" w:fill="EAF2F8"/>
            <w:tcMar>
              <w:top w:w="70" w:type="dxa"/>
              <w:left w:w="70" w:type="dxa"/>
              <w:bottom w:w="70" w:type="dxa"/>
              <w:right w:w="70" w:type="dxa"/>
            </w:tcMar>
            <w:vAlign w:val="center"/>
          </w:tcPr>
          <w:p w14:paraId="07DBE422" w14:textId="77777777" w:rsidR="00022E1E" w:rsidRDefault="00000000">
            <w:pPr>
              <w:jc w:val="center"/>
            </w:pPr>
            <w:r>
              <w:rPr>
                <w:b/>
                <w:sz w:val="16"/>
              </w:rPr>
              <w:t>Şubat 2027</w:t>
            </w:r>
          </w:p>
        </w:tc>
        <w:tc>
          <w:tcPr>
            <w:tcW w:w="1555" w:type="dxa"/>
            <w:shd w:val="clear" w:color="auto" w:fill="EAF2F8"/>
            <w:tcMar>
              <w:top w:w="70" w:type="dxa"/>
              <w:left w:w="70" w:type="dxa"/>
              <w:bottom w:w="70" w:type="dxa"/>
              <w:right w:w="70" w:type="dxa"/>
            </w:tcMar>
            <w:vAlign w:val="center"/>
          </w:tcPr>
          <w:p w14:paraId="19CBAAEB" w14:textId="77777777" w:rsidR="00022E1E" w:rsidRDefault="00000000">
            <w:pPr>
              <w:jc w:val="center"/>
            </w:pPr>
            <w:r>
              <w:rPr>
                <w:sz w:val="16"/>
              </w:rPr>
              <w:t>8–19 Şubat</w:t>
            </w:r>
          </w:p>
        </w:tc>
        <w:tc>
          <w:tcPr>
            <w:tcW w:w="5832" w:type="dxa"/>
            <w:shd w:val="clear" w:color="auto" w:fill="EAF2F8"/>
            <w:tcMar>
              <w:top w:w="70" w:type="dxa"/>
              <w:left w:w="70" w:type="dxa"/>
              <w:bottom w:w="70" w:type="dxa"/>
              <w:right w:w="70" w:type="dxa"/>
            </w:tcMar>
            <w:vAlign w:val="center"/>
          </w:tcPr>
          <w:p w14:paraId="3568C68C" w14:textId="77777777" w:rsidR="00022E1E" w:rsidRDefault="00000000">
            <w:r>
              <w:rPr>
                <w:sz w:val="16"/>
              </w:rPr>
              <w:t>Bahar dönemi danışmanlık, kariyer, Erasmus ve ÇAP bilgilendirmelerinin planlanması</w:t>
            </w:r>
          </w:p>
        </w:tc>
        <w:tc>
          <w:tcPr>
            <w:tcW w:w="3384" w:type="dxa"/>
            <w:shd w:val="clear" w:color="auto" w:fill="EAF2F8"/>
            <w:tcMar>
              <w:top w:w="70" w:type="dxa"/>
              <w:left w:w="70" w:type="dxa"/>
              <w:bottom w:w="70" w:type="dxa"/>
              <w:right w:w="70" w:type="dxa"/>
            </w:tcMar>
            <w:vAlign w:val="center"/>
          </w:tcPr>
          <w:p w14:paraId="0F95C626" w14:textId="77777777" w:rsidR="00022E1E" w:rsidRDefault="00000000">
            <w:r>
              <w:rPr>
                <w:sz w:val="16"/>
              </w:rPr>
              <w:t>Danışmanlar, İlgili Koordinatörlükler</w:t>
            </w:r>
          </w:p>
        </w:tc>
        <w:tc>
          <w:tcPr>
            <w:tcW w:w="2880" w:type="dxa"/>
            <w:shd w:val="clear" w:color="auto" w:fill="EAF2F8"/>
            <w:tcMar>
              <w:top w:w="70" w:type="dxa"/>
              <w:left w:w="70" w:type="dxa"/>
              <w:bottom w:w="70" w:type="dxa"/>
              <w:right w:w="70" w:type="dxa"/>
            </w:tcMar>
            <w:vAlign w:val="center"/>
          </w:tcPr>
          <w:p w14:paraId="7FDF58BF" w14:textId="77777777" w:rsidR="00022E1E" w:rsidRDefault="00000000">
            <w:r>
              <w:rPr>
                <w:sz w:val="16"/>
              </w:rPr>
              <w:t>Duyurular, sunum ve etkinlik planı</w:t>
            </w:r>
          </w:p>
        </w:tc>
      </w:tr>
      <w:tr w:rsidR="00022E1E" w14:paraId="1DD3CC9C" w14:textId="77777777">
        <w:trPr>
          <w:cantSplit/>
          <w:jc w:val="center"/>
        </w:trPr>
        <w:tc>
          <w:tcPr>
            <w:tcW w:w="1440" w:type="dxa"/>
            <w:tcMar>
              <w:top w:w="70" w:type="dxa"/>
              <w:left w:w="70" w:type="dxa"/>
              <w:bottom w:w="70" w:type="dxa"/>
              <w:right w:w="70" w:type="dxa"/>
            </w:tcMar>
            <w:vAlign w:val="center"/>
          </w:tcPr>
          <w:p w14:paraId="19754A80" w14:textId="77777777" w:rsidR="00022E1E" w:rsidRDefault="00000000">
            <w:pPr>
              <w:jc w:val="center"/>
            </w:pPr>
            <w:r>
              <w:rPr>
                <w:b/>
                <w:sz w:val="16"/>
              </w:rPr>
              <w:t>Şubat 2027</w:t>
            </w:r>
          </w:p>
        </w:tc>
        <w:tc>
          <w:tcPr>
            <w:tcW w:w="1555" w:type="dxa"/>
            <w:tcMar>
              <w:top w:w="70" w:type="dxa"/>
              <w:left w:w="70" w:type="dxa"/>
              <w:bottom w:w="70" w:type="dxa"/>
              <w:right w:w="70" w:type="dxa"/>
            </w:tcMar>
            <w:vAlign w:val="center"/>
          </w:tcPr>
          <w:p w14:paraId="43B7DAAE" w14:textId="77777777" w:rsidR="00022E1E" w:rsidRDefault="00000000">
            <w:pPr>
              <w:jc w:val="center"/>
            </w:pPr>
            <w:r>
              <w:rPr>
                <w:sz w:val="16"/>
              </w:rPr>
              <w:t>Ay boyunca</w:t>
            </w:r>
          </w:p>
        </w:tc>
        <w:tc>
          <w:tcPr>
            <w:tcW w:w="5832" w:type="dxa"/>
            <w:tcMar>
              <w:top w:w="70" w:type="dxa"/>
              <w:left w:w="70" w:type="dxa"/>
              <w:bottom w:w="70" w:type="dxa"/>
              <w:right w:w="70" w:type="dxa"/>
            </w:tcMar>
            <w:vAlign w:val="center"/>
          </w:tcPr>
          <w:p w14:paraId="7F4D184E" w14:textId="77777777" w:rsidR="00022E1E" w:rsidRDefault="00000000">
            <w:r>
              <w:rPr>
                <w:sz w:val="16"/>
              </w:rPr>
              <w:t>MEDEK saha ziyareti sonrası iyileştirme eylemlerinin birinci izleme değerlendirmesi</w:t>
            </w:r>
          </w:p>
        </w:tc>
        <w:tc>
          <w:tcPr>
            <w:tcW w:w="3384" w:type="dxa"/>
            <w:tcMar>
              <w:top w:w="70" w:type="dxa"/>
              <w:left w:w="70" w:type="dxa"/>
              <w:bottom w:w="70" w:type="dxa"/>
              <w:right w:w="70" w:type="dxa"/>
            </w:tcMar>
            <w:vAlign w:val="center"/>
          </w:tcPr>
          <w:p w14:paraId="4BAA5309" w14:textId="77777777" w:rsidR="00022E1E" w:rsidRDefault="00000000">
            <w:r>
              <w:rPr>
                <w:sz w:val="16"/>
              </w:rPr>
              <w:t>Müdürlük, MEDEK Komisyonları</w:t>
            </w:r>
          </w:p>
        </w:tc>
        <w:tc>
          <w:tcPr>
            <w:tcW w:w="2880" w:type="dxa"/>
            <w:tcMar>
              <w:top w:w="70" w:type="dxa"/>
              <w:left w:w="70" w:type="dxa"/>
              <w:bottom w:w="70" w:type="dxa"/>
              <w:right w:w="70" w:type="dxa"/>
            </w:tcMar>
            <w:vAlign w:val="center"/>
          </w:tcPr>
          <w:p w14:paraId="60404CEB" w14:textId="77777777" w:rsidR="00022E1E" w:rsidRDefault="00000000">
            <w:r>
              <w:rPr>
                <w:sz w:val="16"/>
              </w:rPr>
              <w:t>Eylem izleme raporu ve kanıtlar</w:t>
            </w:r>
          </w:p>
        </w:tc>
      </w:tr>
      <w:tr w:rsidR="00022E1E" w14:paraId="0A4512FB" w14:textId="77777777">
        <w:trPr>
          <w:cantSplit/>
          <w:jc w:val="center"/>
        </w:trPr>
        <w:tc>
          <w:tcPr>
            <w:tcW w:w="1440" w:type="dxa"/>
            <w:shd w:val="clear" w:color="auto" w:fill="EAF2F8"/>
            <w:tcMar>
              <w:top w:w="70" w:type="dxa"/>
              <w:left w:w="70" w:type="dxa"/>
              <w:bottom w:w="70" w:type="dxa"/>
              <w:right w:w="70" w:type="dxa"/>
            </w:tcMar>
            <w:vAlign w:val="center"/>
          </w:tcPr>
          <w:p w14:paraId="615D2C1A" w14:textId="77777777" w:rsidR="00022E1E" w:rsidRDefault="00000000">
            <w:pPr>
              <w:jc w:val="center"/>
            </w:pPr>
            <w:r>
              <w:rPr>
                <w:b/>
                <w:sz w:val="16"/>
              </w:rPr>
              <w:t>Mart 2027</w:t>
            </w:r>
          </w:p>
        </w:tc>
        <w:tc>
          <w:tcPr>
            <w:tcW w:w="1555" w:type="dxa"/>
            <w:shd w:val="clear" w:color="auto" w:fill="EAF2F8"/>
            <w:tcMar>
              <w:top w:w="70" w:type="dxa"/>
              <w:left w:w="70" w:type="dxa"/>
              <w:bottom w:w="70" w:type="dxa"/>
              <w:right w:w="70" w:type="dxa"/>
            </w:tcMar>
            <w:vAlign w:val="center"/>
          </w:tcPr>
          <w:p w14:paraId="4E71BA76" w14:textId="77777777" w:rsidR="00022E1E" w:rsidRDefault="00000000">
            <w:pPr>
              <w:jc w:val="center"/>
            </w:pPr>
            <w:r>
              <w:rPr>
                <w:sz w:val="16"/>
              </w:rPr>
              <w:t>1–12 Mart</w:t>
            </w:r>
          </w:p>
        </w:tc>
        <w:tc>
          <w:tcPr>
            <w:tcW w:w="5832" w:type="dxa"/>
            <w:shd w:val="clear" w:color="auto" w:fill="EAF2F8"/>
            <w:tcMar>
              <w:top w:w="70" w:type="dxa"/>
              <w:left w:w="70" w:type="dxa"/>
              <w:bottom w:w="70" w:type="dxa"/>
              <w:right w:w="70" w:type="dxa"/>
            </w:tcMar>
            <w:vAlign w:val="center"/>
          </w:tcPr>
          <w:p w14:paraId="7C0B129C" w14:textId="77777777" w:rsidR="00022E1E" w:rsidRDefault="00000000">
            <w:r>
              <w:rPr>
                <w:sz w:val="16"/>
              </w:rPr>
              <w:t>İç ve dış paydaş görüşlerinin program amaçları, çıktıları ve müfredat bakımından değerlendirilmesi</w:t>
            </w:r>
          </w:p>
        </w:tc>
        <w:tc>
          <w:tcPr>
            <w:tcW w:w="3384" w:type="dxa"/>
            <w:shd w:val="clear" w:color="auto" w:fill="EAF2F8"/>
            <w:tcMar>
              <w:top w:w="70" w:type="dxa"/>
              <w:left w:w="70" w:type="dxa"/>
              <w:bottom w:w="70" w:type="dxa"/>
              <w:right w:w="70" w:type="dxa"/>
            </w:tcMar>
            <w:vAlign w:val="center"/>
          </w:tcPr>
          <w:p w14:paraId="4FD5F164" w14:textId="77777777" w:rsidR="00022E1E" w:rsidRDefault="00000000">
            <w:r>
              <w:rPr>
                <w:sz w:val="16"/>
              </w:rPr>
              <w:t>Program Başkanlıkları, Kalite ve Eğitim Komisyonları</w:t>
            </w:r>
          </w:p>
        </w:tc>
        <w:tc>
          <w:tcPr>
            <w:tcW w:w="2880" w:type="dxa"/>
            <w:shd w:val="clear" w:color="auto" w:fill="EAF2F8"/>
            <w:tcMar>
              <w:top w:w="70" w:type="dxa"/>
              <w:left w:w="70" w:type="dxa"/>
              <w:bottom w:w="70" w:type="dxa"/>
              <w:right w:w="70" w:type="dxa"/>
            </w:tcMar>
            <w:vAlign w:val="center"/>
          </w:tcPr>
          <w:p w14:paraId="5D9A79F2" w14:textId="77777777" w:rsidR="00022E1E" w:rsidRDefault="00000000">
            <w:r>
              <w:rPr>
                <w:sz w:val="16"/>
              </w:rPr>
              <w:t>Paydaş geri bildirim raporu ve kararlar</w:t>
            </w:r>
          </w:p>
        </w:tc>
      </w:tr>
      <w:tr w:rsidR="00022E1E" w14:paraId="35985773" w14:textId="77777777">
        <w:trPr>
          <w:cantSplit/>
          <w:jc w:val="center"/>
        </w:trPr>
        <w:tc>
          <w:tcPr>
            <w:tcW w:w="1440" w:type="dxa"/>
            <w:tcMar>
              <w:top w:w="70" w:type="dxa"/>
              <w:left w:w="70" w:type="dxa"/>
              <w:bottom w:w="70" w:type="dxa"/>
              <w:right w:w="70" w:type="dxa"/>
            </w:tcMar>
            <w:vAlign w:val="center"/>
          </w:tcPr>
          <w:p w14:paraId="16F5E766" w14:textId="77777777" w:rsidR="00022E1E" w:rsidRDefault="00000000">
            <w:pPr>
              <w:jc w:val="center"/>
            </w:pPr>
            <w:r>
              <w:rPr>
                <w:b/>
                <w:sz w:val="16"/>
              </w:rPr>
              <w:t>Mart 2027</w:t>
            </w:r>
          </w:p>
        </w:tc>
        <w:tc>
          <w:tcPr>
            <w:tcW w:w="1555" w:type="dxa"/>
            <w:tcMar>
              <w:top w:w="70" w:type="dxa"/>
              <w:left w:w="70" w:type="dxa"/>
              <w:bottom w:w="70" w:type="dxa"/>
              <w:right w:w="70" w:type="dxa"/>
            </w:tcMar>
            <w:vAlign w:val="center"/>
          </w:tcPr>
          <w:p w14:paraId="72BB0114" w14:textId="77777777" w:rsidR="00022E1E" w:rsidRDefault="00000000">
            <w:pPr>
              <w:jc w:val="center"/>
            </w:pPr>
            <w:r>
              <w:rPr>
                <w:sz w:val="16"/>
              </w:rPr>
              <w:t>8–26 Mart</w:t>
            </w:r>
          </w:p>
        </w:tc>
        <w:tc>
          <w:tcPr>
            <w:tcW w:w="5832" w:type="dxa"/>
            <w:tcMar>
              <w:top w:w="70" w:type="dxa"/>
              <w:left w:w="70" w:type="dxa"/>
              <w:bottom w:w="70" w:type="dxa"/>
              <w:right w:w="70" w:type="dxa"/>
            </w:tcMar>
            <w:vAlign w:val="center"/>
          </w:tcPr>
          <w:p w14:paraId="0B2551FB" w14:textId="77777777" w:rsidR="00022E1E" w:rsidRDefault="00000000">
            <w:r>
              <w:rPr>
                <w:sz w:val="16"/>
              </w:rPr>
              <w:t>Kariyer gelişimi, mezun buluşması ve sektör temsilcisi etkinliklerinin gerçekleştirilmesi</w:t>
            </w:r>
          </w:p>
        </w:tc>
        <w:tc>
          <w:tcPr>
            <w:tcW w:w="3384" w:type="dxa"/>
            <w:tcMar>
              <w:top w:w="70" w:type="dxa"/>
              <w:left w:w="70" w:type="dxa"/>
              <w:bottom w:w="70" w:type="dxa"/>
              <w:right w:w="70" w:type="dxa"/>
            </w:tcMar>
            <w:vAlign w:val="center"/>
          </w:tcPr>
          <w:p w14:paraId="31C6CB73" w14:textId="77777777" w:rsidR="00022E1E" w:rsidRDefault="00000000">
            <w:r>
              <w:rPr>
                <w:sz w:val="16"/>
              </w:rPr>
              <w:t>Kariyer Temsilciliği, Program Başkanlıkları</w:t>
            </w:r>
          </w:p>
        </w:tc>
        <w:tc>
          <w:tcPr>
            <w:tcW w:w="2880" w:type="dxa"/>
            <w:tcMar>
              <w:top w:w="70" w:type="dxa"/>
              <w:left w:w="70" w:type="dxa"/>
              <w:bottom w:w="70" w:type="dxa"/>
              <w:right w:w="70" w:type="dxa"/>
            </w:tcMar>
            <w:vAlign w:val="center"/>
          </w:tcPr>
          <w:p w14:paraId="3277B646" w14:textId="77777777" w:rsidR="00022E1E" w:rsidRDefault="00000000">
            <w:r>
              <w:rPr>
                <w:sz w:val="16"/>
              </w:rPr>
              <w:t>Program, katılım listesi, geri bildirimler</w:t>
            </w:r>
          </w:p>
        </w:tc>
      </w:tr>
      <w:tr w:rsidR="00022E1E" w14:paraId="5594CE82" w14:textId="77777777">
        <w:trPr>
          <w:cantSplit/>
          <w:jc w:val="center"/>
        </w:trPr>
        <w:tc>
          <w:tcPr>
            <w:tcW w:w="1440" w:type="dxa"/>
            <w:shd w:val="clear" w:color="auto" w:fill="EAF2F8"/>
            <w:tcMar>
              <w:top w:w="70" w:type="dxa"/>
              <w:left w:w="70" w:type="dxa"/>
              <w:bottom w:w="70" w:type="dxa"/>
              <w:right w:w="70" w:type="dxa"/>
            </w:tcMar>
            <w:vAlign w:val="center"/>
          </w:tcPr>
          <w:p w14:paraId="305F9D36" w14:textId="77777777" w:rsidR="00022E1E" w:rsidRDefault="00000000">
            <w:pPr>
              <w:jc w:val="center"/>
            </w:pPr>
            <w:r>
              <w:rPr>
                <w:b/>
                <w:sz w:val="16"/>
              </w:rPr>
              <w:t>Mart 2027</w:t>
            </w:r>
          </w:p>
        </w:tc>
        <w:tc>
          <w:tcPr>
            <w:tcW w:w="1555" w:type="dxa"/>
            <w:shd w:val="clear" w:color="auto" w:fill="EAF2F8"/>
            <w:tcMar>
              <w:top w:w="70" w:type="dxa"/>
              <w:left w:w="70" w:type="dxa"/>
              <w:bottom w:w="70" w:type="dxa"/>
              <w:right w:w="70" w:type="dxa"/>
            </w:tcMar>
            <w:vAlign w:val="center"/>
          </w:tcPr>
          <w:p w14:paraId="5F1EF090" w14:textId="77777777" w:rsidR="00022E1E" w:rsidRDefault="00000000">
            <w:pPr>
              <w:jc w:val="center"/>
            </w:pPr>
            <w:r>
              <w:rPr>
                <w:sz w:val="16"/>
              </w:rPr>
              <w:t>15–31 Mart</w:t>
            </w:r>
          </w:p>
        </w:tc>
        <w:tc>
          <w:tcPr>
            <w:tcW w:w="5832" w:type="dxa"/>
            <w:shd w:val="clear" w:color="auto" w:fill="EAF2F8"/>
            <w:tcMar>
              <w:top w:w="70" w:type="dxa"/>
              <w:left w:w="70" w:type="dxa"/>
              <w:bottom w:w="70" w:type="dxa"/>
              <w:right w:w="70" w:type="dxa"/>
            </w:tcMar>
            <w:vAlign w:val="center"/>
          </w:tcPr>
          <w:p w14:paraId="40FFBD3F" w14:textId="77777777" w:rsidR="00022E1E" w:rsidRDefault="00000000">
            <w:r>
              <w:rPr>
                <w:sz w:val="16"/>
              </w:rPr>
              <w:t>Yaşlılar Haftası ve programlarla ilişkili toplumsal katkı etkinlikleri</w:t>
            </w:r>
          </w:p>
        </w:tc>
        <w:tc>
          <w:tcPr>
            <w:tcW w:w="3384" w:type="dxa"/>
            <w:shd w:val="clear" w:color="auto" w:fill="EAF2F8"/>
            <w:tcMar>
              <w:top w:w="70" w:type="dxa"/>
              <w:left w:w="70" w:type="dxa"/>
              <w:bottom w:w="70" w:type="dxa"/>
              <w:right w:w="70" w:type="dxa"/>
            </w:tcMar>
            <w:vAlign w:val="center"/>
          </w:tcPr>
          <w:p w14:paraId="2E0BFA2C" w14:textId="77777777" w:rsidR="00022E1E" w:rsidRDefault="00000000">
            <w:r>
              <w:rPr>
                <w:sz w:val="16"/>
              </w:rPr>
              <w:t>Toplumsal Katkı Komisyonu, İlgili Programlar</w:t>
            </w:r>
          </w:p>
        </w:tc>
        <w:tc>
          <w:tcPr>
            <w:tcW w:w="2880" w:type="dxa"/>
            <w:shd w:val="clear" w:color="auto" w:fill="EAF2F8"/>
            <w:tcMar>
              <w:top w:w="70" w:type="dxa"/>
              <w:left w:w="70" w:type="dxa"/>
              <w:bottom w:w="70" w:type="dxa"/>
              <w:right w:w="70" w:type="dxa"/>
            </w:tcMar>
            <w:vAlign w:val="center"/>
          </w:tcPr>
          <w:p w14:paraId="1C892D1F" w14:textId="77777777" w:rsidR="00022E1E" w:rsidRDefault="00000000">
            <w:r>
              <w:rPr>
                <w:sz w:val="16"/>
              </w:rPr>
              <w:t>Etkinlik raporu, görsel ve katılım kayıtları</w:t>
            </w:r>
          </w:p>
        </w:tc>
      </w:tr>
      <w:tr w:rsidR="00022E1E" w14:paraId="6A160EE2" w14:textId="77777777">
        <w:trPr>
          <w:cantSplit/>
          <w:jc w:val="center"/>
        </w:trPr>
        <w:tc>
          <w:tcPr>
            <w:tcW w:w="1440" w:type="dxa"/>
            <w:tcMar>
              <w:top w:w="70" w:type="dxa"/>
              <w:left w:w="70" w:type="dxa"/>
              <w:bottom w:w="70" w:type="dxa"/>
              <w:right w:w="70" w:type="dxa"/>
            </w:tcMar>
            <w:vAlign w:val="center"/>
          </w:tcPr>
          <w:p w14:paraId="48C33FAC" w14:textId="77777777" w:rsidR="00022E1E" w:rsidRDefault="00000000">
            <w:pPr>
              <w:jc w:val="center"/>
            </w:pPr>
            <w:r>
              <w:rPr>
                <w:b/>
                <w:sz w:val="16"/>
              </w:rPr>
              <w:t>Mart 2027</w:t>
            </w:r>
          </w:p>
        </w:tc>
        <w:tc>
          <w:tcPr>
            <w:tcW w:w="1555" w:type="dxa"/>
            <w:tcMar>
              <w:top w:w="70" w:type="dxa"/>
              <w:left w:w="70" w:type="dxa"/>
              <w:bottom w:w="70" w:type="dxa"/>
              <w:right w:w="70" w:type="dxa"/>
            </w:tcMar>
            <w:vAlign w:val="center"/>
          </w:tcPr>
          <w:p w14:paraId="056E7949" w14:textId="77777777" w:rsidR="00022E1E" w:rsidRDefault="00000000">
            <w:pPr>
              <w:jc w:val="center"/>
            </w:pPr>
            <w:r>
              <w:rPr>
                <w:sz w:val="16"/>
              </w:rPr>
              <w:t>Ay boyunca</w:t>
            </w:r>
          </w:p>
        </w:tc>
        <w:tc>
          <w:tcPr>
            <w:tcW w:w="5832" w:type="dxa"/>
            <w:tcMar>
              <w:top w:w="70" w:type="dxa"/>
              <w:left w:w="70" w:type="dxa"/>
              <w:bottom w:w="70" w:type="dxa"/>
              <w:right w:w="70" w:type="dxa"/>
            </w:tcMar>
            <w:vAlign w:val="center"/>
          </w:tcPr>
          <w:p w14:paraId="7A2FAA27" w14:textId="77777777" w:rsidR="00022E1E" w:rsidRDefault="00000000">
            <w:r>
              <w:rPr>
                <w:sz w:val="16"/>
              </w:rPr>
              <w:t>Bilimsel araştırma, proje, yayın ve öğrenci katılımlı çalışma olanaklarının değerlendirilmesi</w:t>
            </w:r>
          </w:p>
        </w:tc>
        <w:tc>
          <w:tcPr>
            <w:tcW w:w="3384" w:type="dxa"/>
            <w:tcMar>
              <w:top w:w="70" w:type="dxa"/>
              <w:left w:w="70" w:type="dxa"/>
              <w:bottom w:w="70" w:type="dxa"/>
              <w:right w:w="70" w:type="dxa"/>
            </w:tcMar>
            <w:vAlign w:val="center"/>
          </w:tcPr>
          <w:p w14:paraId="119F82B2" w14:textId="77777777" w:rsidR="00022E1E" w:rsidRDefault="00000000">
            <w:r>
              <w:rPr>
                <w:sz w:val="16"/>
              </w:rPr>
              <w:t>Akademik Personel, Program Başkanlıkları</w:t>
            </w:r>
          </w:p>
        </w:tc>
        <w:tc>
          <w:tcPr>
            <w:tcW w:w="2880" w:type="dxa"/>
            <w:tcMar>
              <w:top w:w="70" w:type="dxa"/>
              <w:left w:w="70" w:type="dxa"/>
              <w:bottom w:w="70" w:type="dxa"/>
              <w:right w:w="70" w:type="dxa"/>
            </w:tcMar>
            <w:vAlign w:val="center"/>
          </w:tcPr>
          <w:p w14:paraId="2F65A920" w14:textId="77777777" w:rsidR="00022E1E" w:rsidRDefault="00000000">
            <w:r>
              <w:rPr>
                <w:sz w:val="16"/>
              </w:rPr>
              <w:t>Proje ve yayın izleme listesi</w:t>
            </w:r>
          </w:p>
        </w:tc>
      </w:tr>
      <w:tr w:rsidR="00022E1E" w14:paraId="005C70E0" w14:textId="77777777">
        <w:trPr>
          <w:cantSplit/>
          <w:jc w:val="center"/>
        </w:trPr>
        <w:tc>
          <w:tcPr>
            <w:tcW w:w="1440" w:type="dxa"/>
            <w:shd w:val="clear" w:color="auto" w:fill="EAF2F8"/>
            <w:tcMar>
              <w:top w:w="70" w:type="dxa"/>
              <w:left w:w="70" w:type="dxa"/>
              <w:bottom w:w="70" w:type="dxa"/>
              <w:right w:w="70" w:type="dxa"/>
            </w:tcMar>
            <w:vAlign w:val="center"/>
          </w:tcPr>
          <w:p w14:paraId="6B45E145" w14:textId="77777777" w:rsidR="00022E1E" w:rsidRDefault="00000000">
            <w:pPr>
              <w:jc w:val="center"/>
            </w:pPr>
            <w:r>
              <w:rPr>
                <w:b/>
                <w:sz w:val="16"/>
              </w:rPr>
              <w:t>Nisan 2027</w:t>
            </w:r>
          </w:p>
        </w:tc>
        <w:tc>
          <w:tcPr>
            <w:tcW w:w="1555" w:type="dxa"/>
            <w:shd w:val="clear" w:color="auto" w:fill="EAF2F8"/>
            <w:tcMar>
              <w:top w:w="70" w:type="dxa"/>
              <w:left w:w="70" w:type="dxa"/>
              <w:bottom w:w="70" w:type="dxa"/>
              <w:right w:w="70" w:type="dxa"/>
            </w:tcMar>
            <w:vAlign w:val="center"/>
          </w:tcPr>
          <w:p w14:paraId="72E006DB" w14:textId="77777777" w:rsidR="00022E1E" w:rsidRDefault="00000000">
            <w:pPr>
              <w:jc w:val="center"/>
            </w:pPr>
            <w:r>
              <w:rPr>
                <w:sz w:val="16"/>
              </w:rPr>
              <w:t>1–16 Nisan</w:t>
            </w:r>
          </w:p>
        </w:tc>
        <w:tc>
          <w:tcPr>
            <w:tcW w:w="5832" w:type="dxa"/>
            <w:shd w:val="clear" w:color="auto" w:fill="EAF2F8"/>
            <w:tcMar>
              <w:top w:w="70" w:type="dxa"/>
              <w:left w:w="70" w:type="dxa"/>
              <w:bottom w:w="70" w:type="dxa"/>
              <w:right w:w="70" w:type="dxa"/>
            </w:tcMar>
            <w:vAlign w:val="center"/>
          </w:tcPr>
          <w:p w14:paraId="1773E3E4" w14:textId="77777777" w:rsidR="00022E1E" w:rsidRDefault="00000000">
            <w:r>
              <w:rPr>
                <w:sz w:val="16"/>
              </w:rPr>
              <w:t>Bahar ara sınavlarının öğrenme çıktılarıyla uyumu ve sınav analizlerinin değerlendirilmesi</w:t>
            </w:r>
          </w:p>
        </w:tc>
        <w:tc>
          <w:tcPr>
            <w:tcW w:w="3384" w:type="dxa"/>
            <w:shd w:val="clear" w:color="auto" w:fill="EAF2F8"/>
            <w:tcMar>
              <w:top w:w="70" w:type="dxa"/>
              <w:left w:w="70" w:type="dxa"/>
              <w:bottom w:w="70" w:type="dxa"/>
              <w:right w:w="70" w:type="dxa"/>
            </w:tcMar>
            <w:vAlign w:val="center"/>
          </w:tcPr>
          <w:p w14:paraId="53FA5DB2" w14:textId="77777777" w:rsidR="00022E1E" w:rsidRDefault="00000000">
            <w:r>
              <w:rPr>
                <w:sz w:val="16"/>
              </w:rPr>
              <w:t>Ölçme ve Değerlendirme Komisyonu, Ders Sorumluları</w:t>
            </w:r>
          </w:p>
        </w:tc>
        <w:tc>
          <w:tcPr>
            <w:tcW w:w="2880" w:type="dxa"/>
            <w:shd w:val="clear" w:color="auto" w:fill="EAF2F8"/>
            <w:tcMar>
              <w:top w:w="70" w:type="dxa"/>
              <w:left w:w="70" w:type="dxa"/>
              <w:bottom w:w="70" w:type="dxa"/>
              <w:right w:w="70" w:type="dxa"/>
            </w:tcMar>
            <w:vAlign w:val="center"/>
          </w:tcPr>
          <w:p w14:paraId="46E95486" w14:textId="77777777" w:rsidR="00022E1E" w:rsidRDefault="00000000">
            <w:r>
              <w:rPr>
                <w:sz w:val="16"/>
              </w:rPr>
              <w:t>Sınav analizleri ve iyileştirme kayıtları</w:t>
            </w:r>
          </w:p>
        </w:tc>
      </w:tr>
      <w:tr w:rsidR="00022E1E" w14:paraId="2405A4DD" w14:textId="77777777">
        <w:trPr>
          <w:cantSplit/>
          <w:jc w:val="center"/>
        </w:trPr>
        <w:tc>
          <w:tcPr>
            <w:tcW w:w="1440" w:type="dxa"/>
            <w:tcMar>
              <w:top w:w="70" w:type="dxa"/>
              <w:left w:w="70" w:type="dxa"/>
              <w:bottom w:w="70" w:type="dxa"/>
              <w:right w:w="70" w:type="dxa"/>
            </w:tcMar>
            <w:vAlign w:val="center"/>
          </w:tcPr>
          <w:p w14:paraId="7562ECD5" w14:textId="77777777" w:rsidR="00022E1E" w:rsidRDefault="00000000">
            <w:pPr>
              <w:jc w:val="center"/>
            </w:pPr>
            <w:r>
              <w:rPr>
                <w:b/>
                <w:sz w:val="16"/>
              </w:rPr>
              <w:t>Nisan 2027</w:t>
            </w:r>
          </w:p>
        </w:tc>
        <w:tc>
          <w:tcPr>
            <w:tcW w:w="1555" w:type="dxa"/>
            <w:tcMar>
              <w:top w:w="70" w:type="dxa"/>
              <w:left w:w="70" w:type="dxa"/>
              <w:bottom w:w="70" w:type="dxa"/>
              <w:right w:w="70" w:type="dxa"/>
            </w:tcMar>
            <w:vAlign w:val="center"/>
          </w:tcPr>
          <w:p w14:paraId="6F248EB4" w14:textId="77777777" w:rsidR="00022E1E" w:rsidRDefault="00000000">
            <w:pPr>
              <w:jc w:val="center"/>
            </w:pPr>
            <w:r>
              <w:rPr>
                <w:sz w:val="16"/>
              </w:rPr>
              <w:t>12–30 Nisan</w:t>
            </w:r>
          </w:p>
        </w:tc>
        <w:tc>
          <w:tcPr>
            <w:tcW w:w="5832" w:type="dxa"/>
            <w:tcMar>
              <w:top w:w="70" w:type="dxa"/>
              <w:left w:w="70" w:type="dxa"/>
              <w:bottom w:w="70" w:type="dxa"/>
              <w:right w:w="70" w:type="dxa"/>
            </w:tcMar>
            <w:vAlign w:val="center"/>
          </w:tcPr>
          <w:p w14:paraId="68838A32" w14:textId="77777777" w:rsidR="00022E1E" w:rsidRDefault="00000000">
            <w:r>
              <w:rPr>
                <w:sz w:val="16"/>
              </w:rPr>
              <w:t>İkinci dönem danışman–öğrenci görüşmeleri; akademik başarı, devam ve risk izlemesi</w:t>
            </w:r>
          </w:p>
        </w:tc>
        <w:tc>
          <w:tcPr>
            <w:tcW w:w="3384" w:type="dxa"/>
            <w:tcMar>
              <w:top w:w="70" w:type="dxa"/>
              <w:left w:w="70" w:type="dxa"/>
              <w:bottom w:w="70" w:type="dxa"/>
              <w:right w:w="70" w:type="dxa"/>
            </w:tcMar>
            <w:vAlign w:val="center"/>
          </w:tcPr>
          <w:p w14:paraId="19599548" w14:textId="77777777" w:rsidR="00022E1E" w:rsidRDefault="00000000">
            <w:r>
              <w:rPr>
                <w:sz w:val="16"/>
              </w:rPr>
              <w:t>Akademik Danışmanlar</w:t>
            </w:r>
          </w:p>
        </w:tc>
        <w:tc>
          <w:tcPr>
            <w:tcW w:w="2880" w:type="dxa"/>
            <w:tcMar>
              <w:top w:w="70" w:type="dxa"/>
              <w:left w:w="70" w:type="dxa"/>
              <w:bottom w:w="70" w:type="dxa"/>
              <w:right w:w="70" w:type="dxa"/>
            </w:tcMar>
            <w:vAlign w:val="center"/>
          </w:tcPr>
          <w:p w14:paraId="1CC09AF7" w14:textId="77777777" w:rsidR="00022E1E" w:rsidRDefault="00000000">
            <w:r>
              <w:rPr>
                <w:sz w:val="16"/>
              </w:rPr>
              <w:t>Görüşme formları ve izleme kayıtları</w:t>
            </w:r>
          </w:p>
        </w:tc>
      </w:tr>
      <w:tr w:rsidR="00022E1E" w14:paraId="0BB11577" w14:textId="77777777">
        <w:trPr>
          <w:cantSplit/>
          <w:jc w:val="center"/>
        </w:trPr>
        <w:tc>
          <w:tcPr>
            <w:tcW w:w="1440" w:type="dxa"/>
            <w:shd w:val="clear" w:color="auto" w:fill="EAF2F8"/>
            <w:tcMar>
              <w:top w:w="70" w:type="dxa"/>
              <w:left w:w="70" w:type="dxa"/>
              <w:bottom w:w="70" w:type="dxa"/>
              <w:right w:w="70" w:type="dxa"/>
            </w:tcMar>
            <w:vAlign w:val="center"/>
          </w:tcPr>
          <w:p w14:paraId="07926F6E" w14:textId="77777777" w:rsidR="00022E1E" w:rsidRDefault="00000000">
            <w:pPr>
              <w:jc w:val="center"/>
            </w:pPr>
            <w:r>
              <w:rPr>
                <w:b/>
                <w:sz w:val="16"/>
              </w:rPr>
              <w:t>Nisan 2027</w:t>
            </w:r>
          </w:p>
        </w:tc>
        <w:tc>
          <w:tcPr>
            <w:tcW w:w="1555" w:type="dxa"/>
            <w:shd w:val="clear" w:color="auto" w:fill="EAF2F8"/>
            <w:tcMar>
              <w:top w:w="70" w:type="dxa"/>
              <w:left w:w="70" w:type="dxa"/>
              <w:bottom w:w="70" w:type="dxa"/>
              <w:right w:w="70" w:type="dxa"/>
            </w:tcMar>
            <w:vAlign w:val="center"/>
          </w:tcPr>
          <w:p w14:paraId="17C98AD5" w14:textId="77777777" w:rsidR="00022E1E" w:rsidRDefault="00000000">
            <w:pPr>
              <w:jc w:val="center"/>
            </w:pPr>
            <w:r>
              <w:rPr>
                <w:sz w:val="16"/>
              </w:rPr>
              <w:t>Ay boyunca</w:t>
            </w:r>
          </w:p>
        </w:tc>
        <w:tc>
          <w:tcPr>
            <w:tcW w:w="5832" w:type="dxa"/>
            <w:shd w:val="clear" w:color="auto" w:fill="EAF2F8"/>
            <w:tcMar>
              <w:top w:w="70" w:type="dxa"/>
              <w:left w:w="70" w:type="dxa"/>
              <w:bottom w:w="70" w:type="dxa"/>
              <w:right w:w="70" w:type="dxa"/>
            </w:tcMar>
            <w:vAlign w:val="center"/>
          </w:tcPr>
          <w:p w14:paraId="29DFC5E0" w14:textId="77777777" w:rsidR="00022E1E" w:rsidRDefault="00000000">
            <w:r>
              <w:rPr>
                <w:sz w:val="16"/>
              </w:rPr>
              <w:t>Bahar dönemi iç paydaş toplantıları ve öğrenci temsilcileriyle değerlendirme</w:t>
            </w:r>
          </w:p>
        </w:tc>
        <w:tc>
          <w:tcPr>
            <w:tcW w:w="3384" w:type="dxa"/>
            <w:shd w:val="clear" w:color="auto" w:fill="EAF2F8"/>
            <w:tcMar>
              <w:top w:w="70" w:type="dxa"/>
              <w:left w:w="70" w:type="dxa"/>
              <w:bottom w:w="70" w:type="dxa"/>
              <w:right w:w="70" w:type="dxa"/>
            </w:tcMar>
            <w:vAlign w:val="center"/>
          </w:tcPr>
          <w:p w14:paraId="08B6FA92" w14:textId="77777777" w:rsidR="00022E1E" w:rsidRDefault="00000000">
            <w:r>
              <w:rPr>
                <w:sz w:val="16"/>
              </w:rPr>
              <w:t>Müdürlük, Kalite Komisyonu, Öğrenci Temsilcileri</w:t>
            </w:r>
          </w:p>
        </w:tc>
        <w:tc>
          <w:tcPr>
            <w:tcW w:w="2880" w:type="dxa"/>
            <w:shd w:val="clear" w:color="auto" w:fill="EAF2F8"/>
            <w:tcMar>
              <w:top w:w="70" w:type="dxa"/>
              <w:left w:w="70" w:type="dxa"/>
              <w:bottom w:w="70" w:type="dxa"/>
              <w:right w:w="70" w:type="dxa"/>
            </w:tcMar>
            <w:vAlign w:val="center"/>
          </w:tcPr>
          <w:p w14:paraId="6EB75E7F" w14:textId="77777777" w:rsidR="00022E1E" w:rsidRDefault="00000000">
            <w:r>
              <w:rPr>
                <w:sz w:val="16"/>
              </w:rPr>
              <w:t>Toplantı tutanakları ve eylemler</w:t>
            </w:r>
          </w:p>
        </w:tc>
      </w:tr>
      <w:tr w:rsidR="00022E1E" w14:paraId="56774E71" w14:textId="77777777">
        <w:trPr>
          <w:cantSplit/>
          <w:jc w:val="center"/>
        </w:trPr>
        <w:tc>
          <w:tcPr>
            <w:tcW w:w="1440" w:type="dxa"/>
            <w:tcMar>
              <w:top w:w="70" w:type="dxa"/>
              <w:left w:w="70" w:type="dxa"/>
              <w:bottom w:w="70" w:type="dxa"/>
              <w:right w:w="70" w:type="dxa"/>
            </w:tcMar>
            <w:vAlign w:val="center"/>
          </w:tcPr>
          <w:p w14:paraId="23913C4A" w14:textId="77777777" w:rsidR="00022E1E" w:rsidRDefault="00000000">
            <w:pPr>
              <w:jc w:val="center"/>
            </w:pPr>
            <w:r>
              <w:rPr>
                <w:b/>
                <w:sz w:val="16"/>
              </w:rPr>
              <w:t>Mayıs 2027</w:t>
            </w:r>
          </w:p>
        </w:tc>
        <w:tc>
          <w:tcPr>
            <w:tcW w:w="1555" w:type="dxa"/>
            <w:tcMar>
              <w:top w:w="70" w:type="dxa"/>
              <w:left w:w="70" w:type="dxa"/>
              <w:bottom w:w="70" w:type="dxa"/>
              <w:right w:w="70" w:type="dxa"/>
            </w:tcMar>
            <w:vAlign w:val="center"/>
          </w:tcPr>
          <w:p w14:paraId="15C2B65B" w14:textId="77777777" w:rsidR="00022E1E" w:rsidRDefault="00000000">
            <w:pPr>
              <w:jc w:val="center"/>
            </w:pPr>
            <w:r>
              <w:rPr>
                <w:sz w:val="16"/>
              </w:rPr>
              <w:t>3–14 Mayıs</w:t>
            </w:r>
          </w:p>
        </w:tc>
        <w:tc>
          <w:tcPr>
            <w:tcW w:w="5832" w:type="dxa"/>
            <w:tcMar>
              <w:top w:w="70" w:type="dxa"/>
              <w:left w:w="70" w:type="dxa"/>
              <w:bottom w:w="70" w:type="dxa"/>
              <w:right w:w="70" w:type="dxa"/>
            </w:tcMar>
            <w:vAlign w:val="center"/>
          </w:tcPr>
          <w:p w14:paraId="69DA81DF" w14:textId="77777777" w:rsidR="00022E1E" w:rsidRDefault="00000000">
            <w:r>
              <w:rPr>
                <w:sz w:val="16"/>
              </w:rPr>
              <w:t>2027–2028 eğitim-öğretim yılı ders planı, seçmeli ders ve görevlendirme ihtiyaçlarının ön değerlendirmesi</w:t>
            </w:r>
          </w:p>
        </w:tc>
        <w:tc>
          <w:tcPr>
            <w:tcW w:w="3384" w:type="dxa"/>
            <w:tcMar>
              <w:top w:w="70" w:type="dxa"/>
              <w:left w:w="70" w:type="dxa"/>
              <w:bottom w:w="70" w:type="dxa"/>
              <w:right w:w="70" w:type="dxa"/>
            </w:tcMar>
            <w:vAlign w:val="center"/>
          </w:tcPr>
          <w:p w14:paraId="7EB5266B" w14:textId="77777777" w:rsidR="00022E1E" w:rsidRDefault="00000000">
            <w:r>
              <w:rPr>
                <w:sz w:val="16"/>
              </w:rPr>
              <w:t>Eğitim Komisyonu, Program Başkanlıkları</w:t>
            </w:r>
          </w:p>
        </w:tc>
        <w:tc>
          <w:tcPr>
            <w:tcW w:w="2880" w:type="dxa"/>
            <w:tcMar>
              <w:top w:w="70" w:type="dxa"/>
              <w:left w:w="70" w:type="dxa"/>
              <w:bottom w:w="70" w:type="dxa"/>
              <w:right w:w="70" w:type="dxa"/>
            </w:tcMar>
            <w:vAlign w:val="center"/>
          </w:tcPr>
          <w:p w14:paraId="068FD1FB" w14:textId="77777777" w:rsidR="00022E1E" w:rsidRDefault="00000000">
            <w:r>
              <w:rPr>
                <w:sz w:val="16"/>
              </w:rPr>
              <w:t>Ön değerlendirme raporu</w:t>
            </w:r>
          </w:p>
        </w:tc>
      </w:tr>
      <w:tr w:rsidR="00022E1E" w14:paraId="66868059" w14:textId="77777777">
        <w:trPr>
          <w:cantSplit/>
          <w:jc w:val="center"/>
        </w:trPr>
        <w:tc>
          <w:tcPr>
            <w:tcW w:w="1440" w:type="dxa"/>
            <w:shd w:val="clear" w:color="auto" w:fill="EAF2F8"/>
            <w:tcMar>
              <w:top w:w="70" w:type="dxa"/>
              <w:left w:w="70" w:type="dxa"/>
              <w:bottom w:w="70" w:type="dxa"/>
              <w:right w:w="70" w:type="dxa"/>
            </w:tcMar>
            <w:vAlign w:val="center"/>
          </w:tcPr>
          <w:p w14:paraId="3A093119" w14:textId="77777777" w:rsidR="00022E1E" w:rsidRDefault="00000000">
            <w:pPr>
              <w:jc w:val="center"/>
            </w:pPr>
            <w:r>
              <w:rPr>
                <w:b/>
                <w:sz w:val="16"/>
              </w:rPr>
              <w:lastRenderedPageBreak/>
              <w:t>Mayıs 2027</w:t>
            </w:r>
          </w:p>
        </w:tc>
        <w:tc>
          <w:tcPr>
            <w:tcW w:w="1555" w:type="dxa"/>
            <w:shd w:val="clear" w:color="auto" w:fill="EAF2F8"/>
            <w:tcMar>
              <w:top w:w="70" w:type="dxa"/>
              <w:left w:w="70" w:type="dxa"/>
              <w:bottom w:w="70" w:type="dxa"/>
              <w:right w:w="70" w:type="dxa"/>
            </w:tcMar>
            <w:vAlign w:val="center"/>
          </w:tcPr>
          <w:p w14:paraId="0DAD6314" w14:textId="77777777" w:rsidR="00022E1E" w:rsidRDefault="00000000">
            <w:pPr>
              <w:jc w:val="center"/>
            </w:pPr>
            <w:r>
              <w:rPr>
                <w:sz w:val="16"/>
              </w:rPr>
              <w:t>10–28 Mayıs</w:t>
            </w:r>
          </w:p>
        </w:tc>
        <w:tc>
          <w:tcPr>
            <w:tcW w:w="5832" w:type="dxa"/>
            <w:shd w:val="clear" w:color="auto" w:fill="EAF2F8"/>
            <w:tcMar>
              <w:top w:w="70" w:type="dxa"/>
              <w:left w:w="70" w:type="dxa"/>
              <w:bottom w:w="70" w:type="dxa"/>
              <w:right w:w="70" w:type="dxa"/>
            </w:tcMar>
            <w:vAlign w:val="center"/>
          </w:tcPr>
          <w:p w14:paraId="4FBEA552" w14:textId="77777777" w:rsidR="00022E1E" w:rsidRDefault="00000000">
            <w:r>
              <w:rPr>
                <w:sz w:val="16"/>
              </w:rPr>
              <w:t>İşveren ve dış paydaş geri bildirimlerinin alınması; uygulama ve istihdam yeterliklerinin değerlendirilmesi</w:t>
            </w:r>
          </w:p>
        </w:tc>
        <w:tc>
          <w:tcPr>
            <w:tcW w:w="3384" w:type="dxa"/>
            <w:shd w:val="clear" w:color="auto" w:fill="EAF2F8"/>
            <w:tcMar>
              <w:top w:w="70" w:type="dxa"/>
              <w:left w:w="70" w:type="dxa"/>
              <w:bottom w:w="70" w:type="dxa"/>
              <w:right w:w="70" w:type="dxa"/>
            </w:tcMar>
            <w:vAlign w:val="center"/>
          </w:tcPr>
          <w:p w14:paraId="5FD91753" w14:textId="77777777" w:rsidR="00022E1E" w:rsidRDefault="00000000">
            <w:r>
              <w:rPr>
                <w:sz w:val="16"/>
              </w:rPr>
              <w:t>Program Başkanlıkları, Dış Paydaşlar</w:t>
            </w:r>
          </w:p>
        </w:tc>
        <w:tc>
          <w:tcPr>
            <w:tcW w:w="2880" w:type="dxa"/>
            <w:shd w:val="clear" w:color="auto" w:fill="EAF2F8"/>
            <w:tcMar>
              <w:top w:w="70" w:type="dxa"/>
              <w:left w:w="70" w:type="dxa"/>
              <w:bottom w:w="70" w:type="dxa"/>
              <w:right w:w="70" w:type="dxa"/>
            </w:tcMar>
            <w:vAlign w:val="center"/>
          </w:tcPr>
          <w:p w14:paraId="2660B182" w14:textId="77777777" w:rsidR="00022E1E" w:rsidRDefault="00000000">
            <w:r>
              <w:rPr>
                <w:sz w:val="16"/>
              </w:rPr>
              <w:t>Anket/görüşme sonuçları ve toplantı kayıtları</w:t>
            </w:r>
          </w:p>
        </w:tc>
      </w:tr>
      <w:tr w:rsidR="00022E1E" w14:paraId="7701E666" w14:textId="77777777">
        <w:trPr>
          <w:cantSplit/>
          <w:jc w:val="center"/>
        </w:trPr>
        <w:tc>
          <w:tcPr>
            <w:tcW w:w="1440" w:type="dxa"/>
            <w:tcMar>
              <w:top w:w="70" w:type="dxa"/>
              <w:left w:w="70" w:type="dxa"/>
              <w:bottom w:w="70" w:type="dxa"/>
              <w:right w:w="70" w:type="dxa"/>
            </w:tcMar>
            <w:vAlign w:val="center"/>
          </w:tcPr>
          <w:p w14:paraId="50F6B20B" w14:textId="77777777" w:rsidR="00022E1E" w:rsidRDefault="00000000">
            <w:pPr>
              <w:jc w:val="center"/>
            </w:pPr>
            <w:r>
              <w:rPr>
                <w:b/>
                <w:sz w:val="16"/>
              </w:rPr>
              <w:t>Mayıs 2027</w:t>
            </w:r>
          </w:p>
        </w:tc>
        <w:tc>
          <w:tcPr>
            <w:tcW w:w="1555" w:type="dxa"/>
            <w:tcMar>
              <w:top w:w="70" w:type="dxa"/>
              <w:left w:w="70" w:type="dxa"/>
              <w:bottom w:w="70" w:type="dxa"/>
              <w:right w:w="70" w:type="dxa"/>
            </w:tcMar>
            <w:vAlign w:val="center"/>
          </w:tcPr>
          <w:p w14:paraId="2319366D" w14:textId="77777777" w:rsidR="00022E1E" w:rsidRDefault="00000000">
            <w:pPr>
              <w:jc w:val="center"/>
            </w:pPr>
            <w:r>
              <w:rPr>
                <w:sz w:val="16"/>
              </w:rPr>
              <w:t>17–31 Mayıs</w:t>
            </w:r>
          </w:p>
        </w:tc>
        <w:tc>
          <w:tcPr>
            <w:tcW w:w="5832" w:type="dxa"/>
            <w:tcMar>
              <w:top w:w="70" w:type="dxa"/>
              <w:left w:w="70" w:type="dxa"/>
              <w:bottom w:w="70" w:type="dxa"/>
              <w:right w:w="70" w:type="dxa"/>
            </w:tcMar>
            <w:vAlign w:val="center"/>
          </w:tcPr>
          <w:p w14:paraId="1949B2B1" w14:textId="77777777" w:rsidR="00022E1E" w:rsidRDefault="00000000">
            <w:r>
              <w:rPr>
                <w:sz w:val="16"/>
              </w:rPr>
              <w:t>Öğrenci memnuniyeti, danışmanlık ve ders değerlendirme anketlerinin uygulanması</w:t>
            </w:r>
          </w:p>
        </w:tc>
        <w:tc>
          <w:tcPr>
            <w:tcW w:w="3384" w:type="dxa"/>
            <w:tcMar>
              <w:top w:w="70" w:type="dxa"/>
              <w:left w:w="70" w:type="dxa"/>
              <w:bottom w:w="70" w:type="dxa"/>
              <w:right w:w="70" w:type="dxa"/>
            </w:tcMar>
            <w:vAlign w:val="center"/>
          </w:tcPr>
          <w:p w14:paraId="3B58E187" w14:textId="77777777" w:rsidR="00022E1E" w:rsidRDefault="00000000">
            <w:r>
              <w:rPr>
                <w:sz w:val="16"/>
              </w:rPr>
              <w:t>Kalite Komisyonu</w:t>
            </w:r>
          </w:p>
        </w:tc>
        <w:tc>
          <w:tcPr>
            <w:tcW w:w="2880" w:type="dxa"/>
            <w:tcMar>
              <w:top w:w="70" w:type="dxa"/>
              <w:left w:w="70" w:type="dxa"/>
              <w:bottom w:w="70" w:type="dxa"/>
              <w:right w:w="70" w:type="dxa"/>
            </w:tcMar>
            <w:vAlign w:val="center"/>
          </w:tcPr>
          <w:p w14:paraId="5BD0DED8" w14:textId="77777777" w:rsidR="00022E1E" w:rsidRDefault="00000000">
            <w:r>
              <w:rPr>
                <w:sz w:val="16"/>
              </w:rPr>
              <w:t>Anket sonuçları ve karşılaştırmalı analiz</w:t>
            </w:r>
          </w:p>
        </w:tc>
      </w:tr>
      <w:tr w:rsidR="00022E1E" w14:paraId="3CB28D40" w14:textId="77777777">
        <w:trPr>
          <w:cantSplit/>
          <w:jc w:val="center"/>
        </w:trPr>
        <w:tc>
          <w:tcPr>
            <w:tcW w:w="1440" w:type="dxa"/>
            <w:shd w:val="clear" w:color="auto" w:fill="EAF2F8"/>
            <w:tcMar>
              <w:top w:w="70" w:type="dxa"/>
              <w:left w:w="70" w:type="dxa"/>
              <w:bottom w:w="70" w:type="dxa"/>
              <w:right w:w="70" w:type="dxa"/>
            </w:tcMar>
            <w:vAlign w:val="center"/>
          </w:tcPr>
          <w:p w14:paraId="1EF0C068" w14:textId="77777777" w:rsidR="00022E1E" w:rsidRDefault="00000000">
            <w:pPr>
              <w:jc w:val="center"/>
            </w:pPr>
            <w:r>
              <w:rPr>
                <w:b/>
                <w:sz w:val="16"/>
              </w:rPr>
              <w:t>Mayıs 2027</w:t>
            </w:r>
          </w:p>
        </w:tc>
        <w:tc>
          <w:tcPr>
            <w:tcW w:w="1555" w:type="dxa"/>
            <w:shd w:val="clear" w:color="auto" w:fill="EAF2F8"/>
            <w:tcMar>
              <w:top w:w="70" w:type="dxa"/>
              <w:left w:w="70" w:type="dxa"/>
              <w:bottom w:w="70" w:type="dxa"/>
              <w:right w:w="70" w:type="dxa"/>
            </w:tcMar>
            <w:vAlign w:val="center"/>
          </w:tcPr>
          <w:p w14:paraId="1512183F" w14:textId="77777777" w:rsidR="00022E1E" w:rsidRDefault="00000000">
            <w:pPr>
              <w:jc w:val="center"/>
            </w:pPr>
            <w:r>
              <w:rPr>
                <w:sz w:val="16"/>
              </w:rPr>
              <w:t>Ay boyunca</w:t>
            </w:r>
          </w:p>
        </w:tc>
        <w:tc>
          <w:tcPr>
            <w:tcW w:w="5832" w:type="dxa"/>
            <w:shd w:val="clear" w:color="auto" w:fill="EAF2F8"/>
            <w:tcMar>
              <w:top w:w="70" w:type="dxa"/>
              <w:left w:w="70" w:type="dxa"/>
              <w:bottom w:w="70" w:type="dxa"/>
              <w:right w:w="70" w:type="dxa"/>
            </w:tcMar>
            <w:vAlign w:val="center"/>
          </w:tcPr>
          <w:p w14:paraId="7238E0C8" w14:textId="77777777" w:rsidR="00022E1E" w:rsidRDefault="00000000">
            <w:r>
              <w:rPr>
                <w:sz w:val="16"/>
              </w:rPr>
              <w:t>Staj ve mesleki uygulama süreçlerinin, protokollerin ve iş sağlığı güvenliği hazırlıklarının kontrolü</w:t>
            </w:r>
          </w:p>
        </w:tc>
        <w:tc>
          <w:tcPr>
            <w:tcW w:w="3384" w:type="dxa"/>
            <w:shd w:val="clear" w:color="auto" w:fill="EAF2F8"/>
            <w:tcMar>
              <w:top w:w="70" w:type="dxa"/>
              <w:left w:w="70" w:type="dxa"/>
              <w:bottom w:w="70" w:type="dxa"/>
              <w:right w:w="70" w:type="dxa"/>
            </w:tcMar>
            <w:vAlign w:val="center"/>
          </w:tcPr>
          <w:p w14:paraId="0B1445D5" w14:textId="77777777" w:rsidR="00022E1E" w:rsidRDefault="00000000">
            <w:r>
              <w:rPr>
                <w:sz w:val="16"/>
              </w:rPr>
              <w:t>Staj Komisyonları, Program Başkanlıkları</w:t>
            </w:r>
          </w:p>
        </w:tc>
        <w:tc>
          <w:tcPr>
            <w:tcW w:w="2880" w:type="dxa"/>
            <w:shd w:val="clear" w:color="auto" w:fill="EAF2F8"/>
            <w:tcMar>
              <w:top w:w="70" w:type="dxa"/>
              <w:left w:w="70" w:type="dxa"/>
              <w:bottom w:w="70" w:type="dxa"/>
              <w:right w:w="70" w:type="dxa"/>
            </w:tcMar>
            <w:vAlign w:val="center"/>
          </w:tcPr>
          <w:p w14:paraId="23C7A285" w14:textId="77777777" w:rsidR="00022E1E" w:rsidRDefault="00000000">
            <w:r>
              <w:rPr>
                <w:sz w:val="16"/>
              </w:rPr>
              <w:t>Staj planları, protokoller, İSG kayıtları</w:t>
            </w:r>
          </w:p>
        </w:tc>
      </w:tr>
      <w:tr w:rsidR="00022E1E" w14:paraId="26767407" w14:textId="77777777">
        <w:trPr>
          <w:cantSplit/>
          <w:jc w:val="center"/>
        </w:trPr>
        <w:tc>
          <w:tcPr>
            <w:tcW w:w="1440" w:type="dxa"/>
            <w:tcMar>
              <w:top w:w="70" w:type="dxa"/>
              <w:left w:w="70" w:type="dxa"/>
              <w:bottom w:w="70" w:type="dxa"/>
              <w:right w:w="70" w:type="dxa"/>
            </w:tcMar>
            <w:vAlign w:val="center"/>
          </w:tcPr>
          <w:p w14:paraId="28E1AE49" w14:textId="77777777" w:rsidR="00022E1E" w:rsidRDefault="00000000">
            <w:pPr>
              <w:jc w:val="center"/>
            </w:pPr>
            <w:r>
              <w:rPr>
                <w:b/>
                <w:sz w:val="16"/>
              </w:rPr>
              <w:t>Haziran 2027</w:t>
            </w:r>
          </w:p>
        </w:tc>
        <w:tc>
          <w:tcPr>
            <w:tcW w:w="1555" w:type="dxa"/>
            <w:tcMar>
              <w:top w:w="70" w:type="dxa"/>
              <w:left w:w="70" w:type="dxa"/>
              <w:bottom w:w="70" w:type="dxa"/>
              <w:right w:w="70" w:type="dxa"/>
            </w:tcMar>
            <w:vAlign w:val="center"/>
          </w:tcPr>
          <w:p w14:paraId="74E7FEC8" w14:textId="77777777" w:rsidR="00022E1E" w:rsidRDefault="00000000">
            <w:pPr>
              <w:jc w:val="center"/>
            </w:pPr>
            <w:r>
              <w:rPr>
                <w:sz w:val="16"/>
              </w:rPr>
              <w:t>1–11 Haziran</w:t>
            </w:r>
          </w:p>
        </w:tc>
        <w:tc>
          <w:tcPr>
            <w:tcW w:w="5832" w:type="dxa"/>
            <w:tcMar>
              <w:top w:w="70" w:type="dxa"/>
              <w:left w:w="70" w:type="dxa"/>
              <w:bottom w:w="70" w:type="dxa"/>
              <w:right w:w="70" w:type="dxa"/>
            </w:tcMar>
            <w:vAlign w:val="center"/>
          </w:tcPr>
          <w:p w14:paraId="03263DD0" w14:textId="77777777" w:rsidR="00022E1E" w:rsidRDefault="00000000">
            <w:r>
              <w:rPr>
                <w:sz w:val="16"/>
              </w:rPr>
              <w:t>Mezuniyet hazırlıkları, öğrenci başarılarının ve sosyal-kültürel faaliyetlerin değerlendirilmesi</w:t>
            </w:r>
          </w:p>
        </w:tc>
        <w:tc>
          <w:tcPr>
            <w:tcW w:w="3384" w:type="dxa"/>
            <w:tcMar>
              <w:top w:w="70" w:type="dxa"/>
              <w:left w:w="70" w:type="dxa"/>
              <w:bottom w:w="70" w:type="dxa"/>
              <w:right w:w="70" w:type="dxa"/>
            </w:tcMar>
            <w:vAlign w:val="center"/>
          </w:tcPr>
          <w:p w14:paraId="6D1E117A" w14:textId="77777777" w:rsidR="00022E1E" w:rsidRDefault="00000000">
            <w:r>
              <w:rPr>
                <w:sz w:val="16"/>
              </w:rPr>
              <w:t>Müdürlük, Mezuniyet Komisyonu</w:t>
            </w:r>
          </w:p>
        </w:tc>
        <w:tc>
          <w:tcPr>
            <w:tcW w:w="2880" w:type="dxa"/>
            <w:tcMar>
              <w:top w:w="70" w:type="dxa"/>
              <w:left w:w="70" w:type="dxa"/>
              <w:bottom w:w="70" w:type="dxa"/>
              <w:right w:w="70" w:type="dxa"/>
            </w:tcMar>
            <w:vAlign w:val="center"/>
          </w:tcPr>
          <w:p w14:paraId="35916903" w14:textId="77777777" w:rsidR="00022E1E" w:rsidRDefault="00000000">
            <w:r>
              <w:rPr>
                <w:sz w:val="16"/>
              </w:rPr>
              <w:t>Program, görev dağılımı ve etkinlik kayıtları</w:t>
            </w:r>
          </w:p>
        </w:tc>
      </w:tr>
      <w:tr w:rsidR="00022E1E" w14:paraId="78E08CF6" w14:textId="77777777">
        <w:trPr>
          <w:cantSplit/>
          <w:jc w:val="center"/>
        </w:trPr>
        <w:tc>
          <w:tcPr>
            <w:tcW w:w="1440" w:type="dxa"/>
            <w:shd w:val="clear" w:color="auto" w:fill="EAF2F8"/>
            <w:tcMar>
              <w:top w:w="70" w:type="dxa"/>
              <w:left w:w="70" w:type="dxa"/>
              <w:bottom w:w="70" w:type="dxa"/>
              <w:right w:w="70" w:type="dxa"/>
            </w:tcMar>
            <w:vAlign w:val="center"/>
          </w:tcPr>
          <w:p w14:paraId="294E0583" w14:textId="77777777" w:rsidR="00022E1E" w:rsidRDefault="00000000">
            <w:pPr>
              <w:jc w:val="center"/>
            </w:pPr>
            <w:r>
              <w:rPr>
                <w:b/>
                <w:sz w:val="16"/>
              </w:rPr>
              <w:t>Haziran 2027</w:t>
            </w:r>
          </w:p>
        </w:tc>
        <w:tc>
          <w:tcPr>
            <w:tcW w:w="1555" w:type="dxa"/>
            <w:shd w:val="clear" w:color="auto" w:fill="EAF2F8"/>
            <w:tcMar>
              <w:top w:w="70" w:type="dxa"/>
              <w:left w:w="70" w:type="dxa"/>
              <w:bottom w:w="70" w:type="dxa"/>
              <w:right w:w="70" w:type="dxa"/>
            </w:tcMar>
            <w:vAlign w:val="center"/>
          </w:tcPr>
          <w:p w14:paraId="31364BAE" w14:textId="77777777" w:rsidR="00022E1E" w:rsidRDefault="00000000">
            <w:pPr>
              <w:jc w:val="center"/>
            </w:pPr>
            <w:r>
              <w:rPr>
                <w:sz w:val="16"/>
              </w:rPr>
              <w:t>7–25 Haziran</w:t>
            </w:r>
          </w:p>
        </w:tc>
        <w:tc>
          <w:tcPr>
            <w:tcW w:w="5832" w:type="dxa"/>
            <w:shd w:val="clear" w:color="auto" w:fill="EAF2F8"/>
            <w:tcMar>
              <w:top w:w="70" w:type="dxa"/>
              <w:left w:w="70" w:type="dxa"/>
              <w:bottom w:w="70" w:type="dxa"/>
              <w:right w:w="70" w:type="dxa"/>
            </w:tcMar>
            <w:vAlign w:val="center"/>
          </w:tcPr>
          <w:p w14:paraId="0B022AEE" w14:textId="77777777" w:rsidR="00022E1E" w:rsidRDefault="00000000">
            <w:r>
              <w:rPr>
                <w:sz w:val="16"/>
              </w:rPr>
              <w:t>Bahar dönemi sonu ders dosyaları, sınav analizleri ve program çıktıları ölçümünün tamamlanması</w:t>
            </w:r>
          </w:p>
        </w:tc>
        <w:tc>
          <w:tcPr>
            <w:tcW w:w="3384" w:type="dxa"/>
            <w:shd w:val="clear" w:color="auto" w:fill="EAF2F8"/>
            <w:tcMar>
              <w:top w:w="70" w:type="dxa"/>
              <w:left w:w="70" w:type="dxa"/>
              <w:bottom w:w="70" w:type="dxa"/>
              <w:right w:w="70" w:type="dxa"/>
            </w:tcMar>
            <w:vAlign w:val="center"/>
          </w:tcPr>
          <w:p w14:paraId="6D35A255" w14:textId="77777777" w:rsidR="00022E1E" w:rsidRDefault="00000000">
            <w:r>
              <w:rPr>
                <w:sz w:val="16"/>
              </w:rPr>
              <w:t>Program Başkanlıkları, Eğitim ve Ölçme Komisyonları</w:t>
            </w:r>
          </w:p>
        </w:tc>
        <w:tc>
          <w:tcPr>
            <w:tcW w:w="2880" w:type="dxa"/>
            <w:shd w:val="clear" w:color="auto" w:fill="EAF2F8"/>
            <w:tcMar>
              <w:top w:w="70" w:type="dxa"/>
              <w:left w:w="70" w:type="dxa"/>
              <w:bottom w:w="70" w:type="dxa"/>
              <w:right w:w="70" w:type="dxa"/>
            </w:tcMar>
            <w:vAlign w:val="center"/>
          </w:tcPr>
          <w:p w14:paraId="3DA187B9" w14:textId="77777777" w:rsidR="00022E1E" w:rsidRDefault="00000000">
            <w:r>
              <w:rPr>
                <w:sz w:val="16"/>
              </w:rPr>
              <w:t>Kontrol tutanakları ve değerlendirme raporları</w:t>
            </w:r>
          </w:p>
        </w:tc>
      </w:tr>
      <w:tr w:rsidR="00022E1E" w14:paraId="18A13B3D" w14:textId="77777777">
        <w:trPr>
          <w:cantSplit/>
          <w:jc w:val="center"/>
        </w:trPr>
        <w:tc>
          <w:tcPr>
            <w:tcW w:w="1440" w:type="dxa"/>
            <w:tcMar>
              <w:top w:w="70" w:type="dxa"/>
              <w:left w:w="70" w:type="dxa"/>
              <w:bottom w:w="70" w:type="dxa"/>
              <w:right w:w="70" w:type="dxa"/>
            </w:tcMar>
            <w:vAlign w:val="center"/>
          </w:tcPr>
          <w:p w14:paraId="598CA184" w14:textId="77777777" w:rsidR="00022E1E" w:rsidRDefault="00000000">
            <w:pPr>
              <w:jc w:val="center"/>
            </w:pPr>
            <w:r>
              <w:rPr>
                <w:b/>
                <w:sz w:val="16"/>
              </w:rPr>
              <w:t>Haziran 2027</w:t>
            </w:r>
          </w:p>
        </w:tc>
        <w:tc>
          <w:tcPr>
            <w:tcW w:w="1555" w:type="dxa"/>
            <w:tcMar>
              <w:top w:w="70" w:type="dxa"/>
              <w:left w:w="70" w:type="dxa"/>
              <w:bottom w:w="70" w:type="dxa"/>
              <w:right w:w="70" w:type="dxa"/>
            </w:tcMar>
            <w:vAlign w:val="center"/>
          </w:tcPr>
          <w:p w14:paraId="031D3161" w14:textId="77777777" w:rsidR="00022E1E" w:rsidRDefault="00000000">
            <w:pPr>
              <w:jc w:val="center"/>
            </w:pPr>
            <w:r>
              <w:rPr>
                <w:sz w:val="16"/>
              </w:rPr>
              <w:t>14–30 Haziran</w:t>
            </w:r>
          </w:p>
        </w:tc>
        <w:tc>
          <w:tcPr>
            <w:tcW w:w="5832" w:type="dxa"/>
            <w:tcMar>
              <w:top w:w="70" w:type="dxa"/>
              <w:left w:w="70" w:type="dxa"/>
              <w:bottom w:w="70" w:type="dxa"/>
              <w:right w:w="70" w:type="dxa"/>
            </w:tcMar>
            <w:vAlign w:val="center"/>
          </w:tcPr>
          <w:p w14:paraId="11FC0359" w14:textId="77777777" w:rsidR="00022E1E" w:rsidRDefault="00000000">
            <w:r>
              <w:rPr>
                <w:sz w:val="16"/>
              </w:rPr>
              <w:t>Kurul ve komisyonların yıl sonu faaliyet raporlarını sunması</w:t>
            </w:r>
          </w:p>
        </w:tc>
        <w:tc>
          <w:tcPr>
            <w:tcW w:w="3384" w:type="dxa"/>
            <w:tcMar>
              <w:top w:w="70" w:type="dxa"/>
              <w:left w:w="70" w:type="dxa"/>
              <w:bottom w:w="70" w:type="dxa"/>
              <w:right w:w="70" w:type="dxa"/>
            </w:tcMar>
            <w:vAlign w:val="center"/>
          </w:tcPr>
          <w:p w14:paraId="0C192E27" w14:textId="77777777" w:rsidR="00022E1E" w:rsidRDefault="00000000">
            <w:r>
              <w:rPr>
                <w:sz w:val="16"/>
              </w:rPr>
              <w:t>Tüm Kurul ve Komisyonlar</w:t>
            </w:r>
          </w:p>
        </w:tc>
        <w:tc>
          <w:tcPr>
            <w:tcW w:w="2880" w:type="dxa"/>
            <w:tcMar>
              <w:top w:w="70" w:type="dxa"/>
              <w:left w:w="70" w:type="dxa"/>
              <w:bottom w:w="70" w:type="dxa"/>
              <w:right w:w="70" w:type="dxa"/>
            </w:tcMar>
            <w:vAlign w:val="center"/>
          </w:tcPr>
          <w:p w14:paraId="3D0C36DB" w14:textId="77777777" w:rsidR="00022E1E" w:rsidRDefault="00000000">
            <w:r>
              <w:rPr>
                <w:sz w:val="16"/>
              </w:rPr>
              <w:t>Komisyon faaliyet raporları</w:t>
            </w:r>
          </w:p>
        </w:tc>
      </w:tr>
      <w:tr w:rsidR="00022E1E" w14:paraId="2AE23604" w14:textId="77777777">
        <w:trPr>
          <w:cantSplit/>
          <w:jc w:val="center"/>
        </w:trPr>
        <w:tc>
          <w:tcPr>
            <w:tcW w:w="1440" w:type="dxa"/>
            <w:shd w:val="clear" w:color="auto" w:fill="EAF2F8"/>
            <w:tcMar>
              <w:top w:w="70" w:type="dxa"/>
              <w:left w:w="70" w:type="dxa"/>
              <w:bottom w:w="70" w:type="dxa"/>
              <w:right w:w="70" w:type="dxa"/>
            </w:tcMar>
            <w:vAlign w:val="center"/>
          </w:tcPr>
          <w:p w14:paraId="7C6A582A" w14:textId="77777777" w:rsidR="00022E1E" w:rsidRDefault="00000000">
            <w:pPr>
              <w:jc w:val="center"/>
            </w:pPr>
            <w:r>
              <w:rPr>
                <w:b/>
                <w:sz w:val="16"/>
              </w:rPr>
              <w:t>Haziran 2027</w:t>
            </w:r>
          </w:p>
        </w:tc>
        <w:tc>
          <w:tcPr>
            <w:tcW w:w="1555" w:type="dxa"/>
            <w:shd w:val="clear" w:color="auto" w:fill="EAF2F8"/>
            <w:tcMar>
              <w:top w:w="70" w:type="dxa"/>
              <w:left w:w="70" w:type="dxa"/>
              <w:bottom w:w="70" w:type="dxa"/>
              <w:right w:w="70" w:type="dxa"/>
            </w:tcMar>
            <w:vAlign w:val="center"/>
          </w:tcPr>
          <w:p w14:paraId="16C54EA1" w14:textId="77777777" w:rsidR="00022E1E" w:rsidRDefault="00000000">
            <w:pPr>
              <w:jc w:val="center"/>
            </w:pPr>
            <w:r>
              <w:rPr>
                <w:sz w:val="16"/>
              </w:rPr>
              <w:t>Ay sonu</w:t>
            </w:r>
          </w:p>
        </w:tc>
        <w:tc>
          <w:tcPr>
            <w:tcW w:w="5832" w:type="dxa"/>
            <w:shd w:val="clear" w:color="auto" w:fill="EAF2F8"/>
            <w:tcMar>
              <w:top w:w="70" w:type="dxa"/>
              <w:left w:w="70" w:type="dxa"/>
              <w:bottom w:w="70" w:type="dxa"/>
              <w:right w:w="70" w:type="dxa"/>
            </w:tcMar>
            <w:vAlign w:val="center"/>
          </w:tcPr>
          <w:p w14:paraId="2A662445" w14:textId="77777777" w:rsidR="00022E1E" w:rsidRDefault="00000000">
            <w:r>
              <w:rPr>
                <w:sz w:val="16"/>
              </w:rPr>
              <w:t>2026–2027 eğitim-öğretim yılı genel değerlendirme ve sürekli iyileştirme toplantısı</w:t>
            </w:r>
          </w:p>
        </w:tc>
        <w:tc>
          <w:tcPr>
            <w:tcW w:w="3384" w:type="dxa"/>
            <w:shd w:val="clear" w:color="auto" w:fill="EAF2F8"/>
            <w:tcMar>
              <w:top w:w="70" w:type="dxa"/>
              <w:left w:w="70" w:type="dxa"/>
              <w:bottom w:w="70" w:type="dxa"/>
              <w:right w:w="70" w:type="dxa"/>
            </w:tcMar>
            <w:vAlign w:val="center"/>
          </w:tcPr>
          <w:p w14:paraId="2B8A443C" w14:textId="77777777" w:rsidR="00022E1E" w:rsidRDefault="00000000">
            <w:r>
              <w:rPr>
                <w:sz w:val="16"/>
              </w:rPr>
              <w:t>Müdürlük, Akademik Kurul, Kalite Komisyonu</w:t>
            </w:r>
          </w:p>
        </w:tc>
        <w:tc>
          <w:tcPr>
            <w:tcW w:w="2880" w:type="dxa"/>
            <w:shd w:val="clear" w:color="auto" w:fill="EAF2F8"/>
            <w:tcMar>
              <w:top w:w="70" w:type="dxa"/>
              <w:left w:w="70" w:type="dxa"/>
              <w:bottom w:w="70" w:type="dxa"/>
              <w:right w:w="70" w:type="dxa"/>
            </w:tcMar>
            <w:vAlign w:val="center"/>
          </w:tcPr>
          <w:p w14:paraId="72686B1D" w14:textId="77777777" w:rsidR="00022E1E" w:rsidRDefault="00000000">
            <w:r>
              <w:rPr>
                <w:sz w:val="16"/>
              </w:rPr>
              <w:t>Yıl sonu değerlendirme raporu ve iyileştirme planı</w:t>
            </w:r>
          </w:p>
        </w:tc>
      </w:tr>
      <w:tr w:rsidR="00022E1E" w14:paraId="2B87C627" w14:textId="77777777">
        <w:trPr>
          <w:cantSplit/>
          <w:jc w:val="center"/>
        </w:trPr>
        <w:tc>
          <w:tcPr>
            <w:tcW w:w="1440" w:type="dxa"/>
            <w:tcMar>
              <w:top w:w="70" w:type="dxa"/>
              <w:left w:w="70" w:type="dxa"/>
              <w:bottom w:w="70" w:type="dxa"/>
              <w:right w:w="70" w:type="dxa"/>
            </w:tcMar>
            <w:vAlign w:val="center"/>
          </w:tcPr>
          <w:p w14:paraId="433F024E" w14:textId="77777777" w:rsidR="00022E1E" w:rsidRDefault="00000000">
            <w:pPr>
              <w:jc w:val="center"/>
            </w:pPr>
            <w:r>
              <w:rPr>
                <w:b/>
                <w:sz w:val="16"/>
              </w:rPr>
              <w:t>Temmuz 2027</w:t>
            </w:r>
          </w:p>
        </w:tc>
        <w:tc>
          <w:tcPr>
            <w:tcW w:w="1555" w:type="dxa"/>
            <w:tcMar>
              <w:top w:w="70" w:type="dxa"/>
              <w:left w:w="70" w:type="dxa"/>
              <w:bottom w:w="70" w:type="dxa"/>
              <w:right w:w="70" w:type="dxa"/>
            </w:tcMar>
            <w:vAlign w:val="center"/>
          </w:tcPr>
          <w:p w14:paraId="634855C8" w14:textId="77777777" w:rsidR="00022E1E" w:rsidRDefault="00000000">
            <w:pPr>
              <w:jc w:val="center"/>
            </w:pPr>
            <w:r>
              <w:rPr>
                <w:sz w:val="16"/>
              </w:rPr>
              <w:t>1–15 Temmuz</w:t>
            </w:r>
          </w:p>
        </w:tc>
        <w:tc>
          <w:tcPr>
            <w:tcW w:w="5832" w:type="dxa"/>
            <w:tcMar>
              <w:top w:w="70" w:type="dxa"/>
              <w:left w:w="70" w:type="dxa"/>
              <w:bottom w:w="70" w:type="dxa"/>
              <w:right w:w="70" w:type="dxa"/>
            </w:tcMar>
            <w:vAlign w:val="center"/>
          </w:tcPr>
          <w:p w14:paraId="690FC5A0" w14:textId="77777777" w:rsidR="00022E1E" w:rsidRDefault="00000000">
            <w:r>
              <w:rPr>
                <w:sz w:val="16"/>
              </w:rPr>
              <w:t>Program bazlı yıllık faaliyet, performans ve kalite göstergelerinin konsolide edilmesi</w:t>
            </w:r>
          </w:p>
        </w:tc>
        <w:tc>
          <w:tcPr>
            <w:tcW w:w="3384" w:type="dxa"/>
            <w:tcMar>
              <w:top w:w="70" w:type="dxa"/>
              <w:left w:w="70" w:type="dxa"/>
              <w:bottom w:w="70" w:type="dxa"/>
              <w:right w:w="70" w:type="dxa"/>
            </w:tcMar>
            <w:vAlign w:val="center"/>
          </w:tcPr>
          <w:p w14:paraId="1D1D8184" w14:textId="77777777" w:rsidR="00022E1E" w:rsidRDefault="00000000">
            <w:r>
              <w:rPr>
                <w:sz w:val="16"/>
              </w:rPr>
              <w:t>Müdürlük, Kalite Komisyonu, Program Başkanlıkları</w:t>
            </w:r>
          </w:p>
        </w:tc>
        <w:tc>
          <w:tcPr>
            <w:tcW w:w="2880" w:type="dxa"/>
            <w:tcMar>
              <w:top w:w="70" w:type="dxa"/>
              <w:left w:w="70" w:type="dxa"/>
              <w:bottom w:w="70" w:type="dxa"/>
              <w:right w:w="70" w:type="dxa"/>
            </w:tcMar>
            <w:vAlign w:val="center"/>
          </w:tcPr>
          <w:p w14:paraId="0FFE5822" w14:textId="77777777" w:rsidR="00022E1E" w:rsidRDefault="00000000">
            <w:r>
              <w:rPr>
                <w:sz w:val="16"/>
              </w:rPr>
              <w:t>Yıllık faaliyet ve gösterge tabloları</w:t>
            </w:r>
          </w:p>
        </w:tc>
      </w:tr>
      <w:tr w:rsidR="00022E1E" w14:paraId="4FDE6C7A" w14:textId="77777777">
        <w:trPr>
          <w:cantSplit/>
          <w:jc w:val="center"/>
        </w:trPr>
        <w:tc>
          <w:tcPr>
            <w:tcW w:w="1440" w:type="dxa"/>
            <w:shd w:val="clear" w:color="auto" w:fill="EAF2F8"/>
            <w:tcMar>
              <w:top w:w="70" w:type="dxa"/>
              <w:left w:w="70" w:type="dxa"/>
              <w:bottom w:w="70" w:type="dxa"/>
              <w:right w:w="70" w:type="dxa"/>
            </w:tcMar>
            <w:vAlign w:val="center"/>
          </w:tcPr>
          <w:p w14:paraId="12C989AE" w14:textId="77777777" w:rsidR="00022E1E" w:rsidRDefault="00000000">
            <w:pPr>
              <w:jc w:val="center"/>
            </w:pPr>
            <w:r>
              <w:rPr>
                <w:b/>
                <w:sz w:val="16"/>
              </w:rPr>
              <w:t>Temmuz 2027</w:t>
            </w:r>
          </w:p>
        </w:tc>
        <w:tc>
          <w:tcPr>
            <w:tcW w:w="1555" w:type="dxa"/>
            <w:shd w:val="clear" w:color="auto" w:fill="EAF2F8"/>
            <w:tcMar>
              <w:top w:w="70" w:type="dxa"/>
              <w:left w:w="70" w:type="dxa"/>
              <w:bottom w:w="70" w:type="dxa"/>
              <w:right w:w="70" w:type="dxa"/>
            </w:tcMar>
            <w:vAlign w:val="center"/>
          </w:tcPr>
          <w:p w14:paraId="58B3A4F0" w14:textId="77777777" w:rsidR="00022E1E" w:rsidRDefault="00000000">
            <w:pPr>
              <w:jc w:val="center"/>
            </w:pPr>
            <w:r>
              <w:rPr>
                <w:sz w:val="16"/>
              </w:rPr>
              <w:t>1–23 Temmuz</w:t>
            </w:r>
          </w:p>
        </w:tc>
        <w:tc>
          <w:tcPr>
            <w:tcW w:w="5832" w:type="dxa"/>
            <w:shd w:val="clear" w:color="auto" w:fill="EAF2F8"/>
            <w:tcMar>
              <w:top w:w="70" w:type="dxa"/>
              <w:left w:w="70" w:type="dxa"/>
              <w:bottom w:w="70" w:type="dxa"/>
              <w:right w:w="70" w:type="dxa"/>
            </w:tcMar>
            <w:vAlign w:val="center"/>
          </w:tcPr>
          <w:p w14:paraId="7ECB6506" w14:textId="77777777" w:rsidR="00022E1E" w:rsidRDefault="00000000">
            <w:r>
              <w:rPr>
                <w:sz w:val="16"/>
              </w:rPr>
              <w:t>2027–2028 faaliyet planı ve çalışma takvimi taslağının hazırlanması</w:t>
            </w:r>
          </w:p>
        </w:tc>
        <w:tc>
          <w:tcPr>
            <w:tcW w:w="3384" w:type="dxa"/>
            <w:shd w:val="clear" w:color="auto" w:fill="EAF2F8"/>
            <w:tcMar>
              <w:top w:w="70" w:type="dxa"/>
              <w:left w:w="70" w:type="dxa"/>
              <w:bottom w:w="70" w:type="dxa"/>
              <w:right w:w="70" w:type="dxa"/>
            </w:tcMar>
            <w:vAlign w:val="center"/>
          </w:tcPr>
          <w:p w14:paraId="5BEF8F37" w14:textId="77777777" w:rsidR="00022E1E" w:rsidRDefault="00000000">
            <w:r>
              <w:rPr>
                <w:sz w:val="16"/>
              </w:rPr>
              <w:t>Müdürlük, Kurul ve Komisyonlar</w:t>
            </w:r>
          </w:p>
        </w:tc>
        <w:tc>
          <w:tcPr>
            <w:tcW w:w="2880" w:type="dxa"/>
            <w:shd w:val="clear" w:color="auto" w:fill="EAF2F8"/>
            <w:tcMar>
              <w:top w:w="70" w:type="dxa"/>
              <w:left w:w="70" w:type="dxa"/>
              <w:bottom w:w="70" w:type="dxa"/>
              <w:right w:w="70" w:type="dxa"/>
            </w:tcMar>
            <w:vAlign w:val="center"/>
          </w:tcPr>
          <w:p w14:paraId="10560A86" w14:textId="77777777" w:rsidR="00022E1E" w:rsidRDefault="00000000">
            <w:r>
              <w:rPr>
                <w:sz w:val="16"/>
              </w:rPr>
              <w:t>Taslak faaliyet planı ve takvim</w:t>
            </w:r>
          </w:p>
        </w:tc>
      </w:tr>
      <w:tr w:rsidR="00022E1E" w14:paraId="1D1CEAAF" w14:textId="77777777">
        <w:trPr>
          <w:cantSplit/>
          <w:jc w:val="center"/>
        </w:trPr>
        <w:tc>
          <w:tcPr>
            <w:tcW w:w="1440" w:type="dxa"/>
            <w:tcMar>
              <w:top w:w="70" w:type="dxa"/>
              <w:left w:w="70" w:type="dxa"/>
              <w:bottom w:w="70" w:type="dxa"/>
              <w:right w:w="70" w:type="dxa"/>
            </w:tcMar>
            <w:vAlign w:val="center"/>
          </w:tcPr>
          <w:p w14:paraId="22F46E32" w14:textId="77777777" w:rsidR="00022E1E" w:rsidRDefault="00000000">
            <w:pPr>
              <w:jc w:val="center"/>
            </w:pPr>
            <w:r>
              <w:rPr>
                <w:b/>
                <w:sz w:val="16"/>
              </w:rPr>
              <w:t>Temmuz 2027</w:t>
            </w:r>
          </w:p>
        </w:tc>
        <w:tc>
          <w:tcPr>
            <w:tcW w:w="1555" w:type="dxa"/>
            <w:tcMar>
              <w:top w:w="70" w:type="dxa"/>
              <w:left w:w="70" w:type="dxa"/>
              <w:bottom w:w="70" w:type="dxa"/>
              <w:right w:w="70" w:type="dxa"/>
            </w:tcMar>
            <w:vAlign w:val="center"/>
          </w:tcPr>
          <w:p w14:paraId="163440E5" w14:textId="77777777" w:rsidR="00022E1E" w:rsidRDefault="00000000">
            <w:pPr>
              <w:jc w:val="center"/>
            </w:pPr>
            <w:r>
              <w:rPr>
                <w:sz w:val="16"/>
              </w:rPr>
              <w:t>Ay boyunca</w:t>
            </w:r>
          </w:p>
        </w:tc>
        <w:tc>
          <w:tcPr>
            <w:tcW w:w="5832" w:type="dxa"/>
            <w:tcMar>
              <w:top w:w="70" w:type="dxa"/>
              <w:left w:w="70" w:type="dxa"/>
              <w:bottom w:w="70" w:type="dxa"/>
              <w:right w:w="70" w:type="dxa"/>
            </w:tcMar>
            <w:vAlign w:val="center"/>
          </w:tcPr>
          <w:p w14:paraId="6DAA44AA" w14:textId="77777777" w:rsidR="00022E1E" w:rsidRDefault="00000000">
            <w:r>
              <w:rPr>
                <w:sz w:val="16"/>
              </w:rPr>
              <w:t>YKS tercih ve tanıtım faaliyetlerinin yürütülmesi; program bilgilerinin güncellenmesi</w:t>
            </w:r>
          </w:p>
        </w:tc>
        <w:tc>
          <w:tcPr>
            <w:tcW w:w="3384" w:type="dxa"/>
            <w:tcMar>
              <w:top w:w="70" w:type="dxa"/>
              <w:left w:w="70" w:type="dxa"/>
              <w:bottom w:w="70" w:type="dxa"/>
              <w:right w:w="70" w:type="dxa"/>
            </w:tcMar>
            <w:vAlign w:val="center"/>
          </w:tcPr>
          <w:p w14:paraId="381925CB" w14:textId="77777777" w:rsidR="00022E1E" w:rsidRDefault="00000000">
            <w:r>
              <w:rPr>
                <w:sz w:val="16"/>
              </w:rPr>
              <w:t>Tanıtım Komisyonu, Program Başkanlıkları</w:t>
            </w:r>
          </w:p>
        </w:tc>
        <w:tc>
          <w:tcPr>
            <w:tcW w:w="2880" w:type="dxa"/>
            <w:tcMar>
              <w:top w:w="70" w:type="dxa"/>
              <w:left w:w="70" w:type="dxa"/>
              <w:bottom w:w="70" w:type="dxa"/>
              <w:right w:w="70" w:type="dxa"/>
            </w:tcMar>
            <w:vAlign w:val="center"/>
          </w:tcPr>
          <w:p w14:paraId="37CBB649" w14:textId="77777777" w:rsidR="00022E1E" w:rsidRDefault="00000000">
            <w:r>
              <w:rPr>
                <w:sz w:val="16"/>
              </w:rPr>
              <w:t>Tanıtım materyalleri, faaliyet ve erişim kayıtları</w:t>
            </w:r>
          </w:p>
        </w:tc>
      </w:tr>
      <w:tr w:rsidR="00022E1E" w14:paraId="6FBFBE04" w14:textId="77777777">
        <w:trPr>
          <w:cantSplit/>
          <w:jc w:val="center"/>
        </w:trPr>
        <w:tc>
          <w:tcPr>
            <w:tcW w:w="1440" w:type="dxa"/>
            <w:shd w:val="clear" w:color="auto" w:fill="EAF2F8"/>
            <w:tcMar>
              <w:top w:w="70" w:type="dxa"/>
              <w:left w:w="70" w:type="dxa"/>
              <w:bottom w:w="70" w:type="dxa"/>
              <w:right w:w="70" w:type="dxa"/>
            </w:tcMar>
            <w:vAlign w:val="center"/>
          </w:tcPr>
          <w:p w14:paraId="7963FF15" w14:textId="77777777" w:rsidR="00022E1E" w:rsidRDefault="00000000">
            <w:pPr>
              <w:jc w:val="center"/>
            </w:pPr>
            <w:r>
              <w:rPr>
                <w:b/>
                <w:sz w:val="16"/>
              </w:rPr>
              <w:t>Temmuz 2027</w:t>
            </w:r>
          </w:p>
        </w:tc>
        <w:tc>
          <w:tcPr>
            <w:tcW w:w="1555" w:type="dxa"/>
            <w:shd w:val="clear" w:color="auto" w:fill="EAF2F8"/>
            <w:tcMar>
              <w:top w:w="70" w:type="dxa"/>
              <w:left w:w="70" w:type="dxa"/>
              <w:bottom w:w="70" w:type="dxa"/>
              <w:right w:w="70" w:type="dxa"/>
            </w:tcMar>
            <w:vAlign w:val="center"/>
          </w:tcPr>
          <w:p w14:paraId="0C3DBBB9" w14:textId="77777777" w:rsidR="00022E1E" w:rsidRDefault="00000000">
            <w:pPr>
              <w:jc w:val="center"/>
            </w:pPr>
            <w:r>
              <w:rPr>
                <w:sz w:val="16"/>
              </w:rPr>
              <w:t>Ay boyunca</w:t>
            </w:r>
          </w:p>
        </w:tc>
        <w:tc>
          <w:tcPr>
            <w:tcW w:w="5832" w:type="dxa"/>
            <w:shd w:val="clear" w:color="auto" w:fill="EAF2F8"/>
            <w:tcMar>
              <w:top w:w="70" w:type="dxa"/>
              <w:left w:w="70" w:type="dxa"/>
              <w:bottom w:w="70" w:type="dxa"/>
              <w:right w:w="70" w:type="dxa"/>
            </w:tcMar>
            <w:vAlign w:val="center"/>
          </w:tcPr>
          <w:p w14:paraId="37575BAF" w14:textId="77777777" w:rsidR="00022E1E" w:rsidRDefault="00000000">
            <w:r>
              <w:rPr>
                <w:sz w:val="16"/>
              </w:rPr>
              <w:t>Laboratuvar, derslik ve ortak alanların bakım-onarım ve donanım ihtiyaçlarının belirlenmesi</w:t>
            </w:r>
          </w:p>
        </w:tc>
        <w:tc>
          <w:tcPr>
            <w:tcW w:w="3384" w:type="dxa"/>
            <w:shd w:val="clear" w:color="auto" w:fill="EAF2F8"/>
            <w:tcMar>
              <w:top w:w="70" w:type="dxa"/>
              <w:left w:w="70" w:type="dxa"/>
              <w:bottom w:w="70" w:type="dxa"/>
              <w:right w:w="70" w:type="dxa"/>
            </w:tcMar>
            <w:vAlign w:val="center"/>
          </w:tcPr>
          <w:p w14:paraId="2D651A3F" w14:textId="77777777" w:rsidR="00022E1E" w:rsidRDefault="00000000">
            <w:r>
              <w:rPr>
                <w:sz w:val="16"/>
              </w:rPr>
              <w:t>Müdürlük, Yüksekokul Sekreterliği, Program Başkanlıkları</w:t>
            </w:r>
          </w:p>
        </w:tc>
        <w:tc>
          <w:tcPr>
            <w:tcW w:w="2880" w:type="dxa"/>
            <w:shd w:val="clear" w:color="auto" w:fill="EAF2F8"/>
            <w:tcMar>
              <w:top w:w="70" w:type="dxa"/>
              <w:left w:w="70" w:type="dxa"/>
              <w:bottom w:w="70" w:type="dxa"/>
              <w:right w:w="70" w:type="dxa"/>
            </w:tcMar>
            <w:vAlign w:val="center"/>
          </w:tcPr>
          <w:p w14:paraId="1AACBC47" w14:textId="77777777" w:rsidR="00022E1E" w:rsidRDefault="00000000">
            <w:r>
              <w:rPr>
                <w:sz w:val="16"/>
              </w:rPr>
              <w:t>İhtiyaç listesi ve bakım kayıtları</w:t>
            </w:r>
          </w:p>
        </w:tc>
      </w:tr>
      <w:tr w:rsidR="00022E1E" w14:paraId="455514A4" w14:textId="77777777">
        <w:trPr>
          <w:cantSplit/>
          <w:jc w:val="center"/>
        </w:trPr>
        <w:tc>
          <w:tcPr>
            <w:tcW w:w="1440" w:type="dxa"/>
            <w:tcMar>
              <w:top w:w="70" w:type="dxa"/>
              <w:left w:w="70" w:type="dxa"/>
              <w:bottom w:w="70" w:type="dxa"/>
              <w:right w:w="70" w:type="dxa"/>
            </w:tcMar>
            <w:vAlign w:val="center"/>
          </w:tcPr>
          <w:p w14:paraId="29E99192" w14:textId="77777777" w:rsidR="00022E1E" w:rsidRDefault="00000000">
            <w:pPr>
              <w:jc w:val="center"/>
            </w:pPr>
            <w:r>
              <w:rPr>
                <w:b/>
                <w:sz w:val="16"/>
              </w:rPr>
              <w:t>Ağustos 2027</w:t>
            </w:r>
          </w:p>
        </w:tc>
        <w:tc>
          <w:tcPr>
            <w:tcW w:w="1555" w:type="dxa"/>
            <w:tcMar>
              <w:top w:w="70" w:type="dxa"/>
              <w:left w:w="70" w:type="dxa"/>
              <w:bottom w:w="70" w:type="dxa"/>
              <w:right w:w="70" w:type="dxa"/>
            </w:tcMar>
            <w:vAlign w:val="center"/>
          </w:tcPr>
          <w:p w14:paraId="00825A18" w14:textId="77777777" w:rsidR="00022E1E" w:rsidRDefault="00000000">
            <w:pPr>
              <w:jc w:val="center"/>
            </w:pPr>
            <w:r>
              <w:rPr>
                <w:sz w:val="16"/>
              </w:rPr>
              <w:t>1–13 Ağustos</w:t>
            </w:r>
          </w:p>
        </w:tc>
        <w:tc>
          <w:tcPr>
            <w:tcW w:w="5832" w:type="dxa"/>
            <w:tcMar>
              <w:top w:w="70" w:type="dxa"/>
              <w:left w:w="70" w:type="dxa"/>
              <w:bottom w:w="70" w:type="dxa"/>
              <w:right w:w="70" w:type="dxa"/>
            </w:tcMar>
            <w:vAlign w:val="center"/>
          </w:tcPr>
          <w:p w14:paraId="23C70C35" w14:textId="77777777" w:rsidR="00022E1E" w:rsidRDefault="00000000">
            <w:r>
              <w:rPr>
                <w:sz w:val="16"/>
              </w:rPr>
              <w:t>Yeni dönem için akademik ve idari görev dağılımlarının, kurul ve komisyon üyeliklerinin gözden geçirilmesi</w:t>
            </w:r>
          </w:p>
        </w:tc>
        <w:tc>
          <w:tcPr>
            <w:tcW w:w="3384" w:type="dxa"/>
            <w:tcMar>
              <w:top w:w="70" w:type="dxa"/>
              <w:left w:w="70" w:type="dxa"/>
              <w:bottom w:w="70" w:type="dxa"/>
              <w:right w:w="70" w:type="dxa"/>
            </w:tcMar>
            <w:vAlign w:val="center"/>
          </w:tcPr>
          <w:p w14:paraId="262C1DA8" w14:textId="77777777" w:rsidR="00022E1E" w:rsidRDefault="00000000">
            <w:r>
              <w:rPr>
                <w:sz w:val="16"/>
              </w:rPr>
              <w:t>Müdürlük</w:t>
            </w:r>
          </w:p>
        </w:tc>
        <w:tc>
          <w:tcPr>
            <w:tcW w:w="2880" w:type="dxa"/>
            <w:tcMar>
              <w:top w:w="70" w:type="dxa"/>
              <w:left w:w="70" w:type="dxa"/>
              <w:bottom w:w="70" w:type="dxa"/>
              <w:right w:w="70" w:type="dxa"/>
            </w:tcMar>
            <w:vAlign w:val="center"/>
          </w:tcPr>
          <w:p w14:paraId="057A7131" w14:textId="77777777" w:rsidR="00022E1E" w:rsidRDefault="00000000">
            <w:r>
              <w:rPr>
                <w:sz w:val="16"/>
              </w:rPr>
              <w:t>Görev dağılımı ve görevlendirme taslakları</w:t>
            </w:r>
          </w:p>
        </w:tc>
      </w:tr>
      <w:tr w:rsidR="00022E1E" w14:paraId="71004400" w14:textId="77777777">
        <w:trPr>
          <w:cantSplit/>
          <w:jc w:val="center"/>
        </w:trPr>
        <w:tc>
          <w:tcPr>
            <w:tcW w:w="1440" w:type="dxa"/>
            <w:shd w:val="clear" w:color="auto" w:fill="EAF2F8"/>
            <w:tcMar>
              <w:top w:w="70" w:type="dxa"/>
              <w:left w:w="70" w:type="dxa"/>
              <w:bottom w:w="70" w:type="dxa"/>
              <w:right w:w="70" w:type="dxa"/>
            </w:tcMar>
            <w:vAlign w:val="center"/>
          </w:tcPr>
          <w:p w14:paraId="6C05C3BC" w14:textId="77777777" w:rsidR="00022E1E" w:rsidRDefault="00000000">
            <w:pPr>
              <w:jc w:val="center"/>
            </w:pPr>
            <w:r>
              <w:rPr>
                <w:b/>
                <w:sz w:val="16"/>
              </w:rPr>
              <w:t>Ağustos 2027</w:t>
            </w:r>
          </w:p>
        </w:tc>
        <w:tc>
          <w:tcPr>
            <w:tcW w:w="1555" w:type="dxa"/>
            <w:shd w:val="clear" w:color="auto" w:fill="EAF2F8"/>
            <w:tcMar>
              <w:top w:w="70" w:type="dxa"/>
              <w:left w:w="70" w:type="dxa"/>
              <w:bottom w:w="70" w:type="dxa"/>
              <w:right w:w="70" w:type="dxa"/>
            </w:tcMar>
            <w:vAlign w:val="center"/>
          </w:tcPr>
          <w:p w14:paraId="3432F7E3" w14:textId="77777777" w:rsidR="00022E1E" w:rsidRDefault="00000000">
            <w:pPr>
              <w:jc w:val="center"/>
            </w:pPr>
            <w:r>
              <w:rPr>
                <w:sz w:val="16"/>
              </w:rPr>
              <w:t>2–20 Ağustos</w:t>
            </w:r>
          </w:p>
        </w:tc>
        <w:tc>
          <w:tcPr>
            <w:tcW w:w="5832" w:type="dxa"/>
            <w:shd w:val="clear" w:color="auto" w:fill="EAF2F8"/>
            <w:tcMar>
              <w:top w:w="70" w:type="dxa"/>
              <w:left w:w="70" w:type="dxa"/>
              <w:bottom w:w="70" w:type="dxa"/>
              <w:right w:w="70" w:type="dxa"/>
            </w:tcMar>
            <w:vAlign w:val="center"/>
          </w:tcPr>
          <w:p w14:paraId="225C8B38" w14:textId="77777777" w:rsidR="00022E1E" w:rsidRDefault="00000000">
            <w:r>
              <w:rPr>
                <w:sz w:val="16"/>
              </w:rPr>
              <w:t>Derslik, laboratuvar, bilişim altyapısı, erişilebilirlik ve iş güvenliği kontrolleri</w:t>
            </w:r>
          </w:p>
        </w:tc>
        <w:tc>
          <w:tcPr>
            <w:tcW w:w="3384" w:type="dxa"/>
            <w:shd w:val="clear" w:color="auto" w:fill="EAF2F8"/>
            <w:tcMar>
              <w:top w:w="70" w:type="dxa"/>
              <w:left w:w="70" w:type="dxa"/>
              <w:bottom w:w="70" w:type="dxa"/>
              <w:right w:w="70" w:type="dxa"/>
            </w:tcMar>
            <w:vAlign w:val="center"/>
          </w:tcPr>
          <w:p w14:paraId="5355AF52" w14:textId="77777777" w:rsidR="00022E1E" w:rsidRDefault="00000000">
            <w:r>
              <w:rPr>
                <w:sz w:val="16"/>
              </w:rPr>
              <w:t>Müdürlük, İSG, Teknik ve İdari Birimler</w:t>
            </w:r>
          </w:p>
        </w:tc>
        <w:tc>
          <w:tcPr>
            <w:tcW w:w="2880" w:type="dxa"/>
            <w:shd w:val="clear" w:color="auto" w:fill="EAF2F8"/>
            <w:tcMar>
              <w:top w:w="70" w:type="dxa"/>
              <w:left w:w="70" w:type="dxa"/>
              <w:bottom w:w="70" w:type="dxa"/>
              <w:right w:w="70" w:type="dxa"/>
            </w:tcMar>
            <w:vAlign w:val="center"/>
          </w:tcPr>
          <w:p w14:paraId="1933BDAD" w14:textId="77777777" w:rsidR="00022E1E" w:rsidRDefault="00000000">
            <w:r>
              <w:rPr>
                <w:sz w:val="16"/>
              </w:rPr>
              <w:t>Kontrol formları ve iyileştirme kayıtları</w:t>
            </w:r>
          </w:p>
        </w:tc>
      </w:tr>
      <w:tr w:rsidR="00022E1E" w14:paraId="106C2DC2" w14:textId="77777777">
        <w:trPr>
          <w:cantSplit/>
          <w:jc w:val="center"/>
        </w:trPr>
        <w:tc>
          <w:tcPr>
            <w:tcW w:w="1440" w:type="dxa"/>
            <w:tcMar>
              <w:top w:w="70" w:type="dxa"/>
              <w:left w:w="70" w:type="dxa"/>
              <w:bottom w:w="70" w:type="dxa"/>
              <w:right w:w="70" w:type="dxa"/>
            </w:tcMar>
            <w:vAlign w:val="center"/>
          </w:tcPr>
          <w:p w14:paraId="323DB002" w14:textId="77777777" w:rsidR="00022E1E" w:rsidRDefault="00000000">
            <w:pPr>
              <w:jc w:val="center"/>
            </w:pPr>
            <w:r>
              <w:rPr>
                <w:b/>
                <w:sz w:val="16"/>
              </w:rPr>
              <w:t>Ağustos 2027</w:t>
            </w:r>
          </w:p>
        </w:tc>
        <w:tc>
          <w:tcPr>
            <w:tcW w:w="1555" w:type="dxa"/>
            <w:tcMar>
              <w:top w:w="70" w:type="dxa"/>
              <w:left w:w="70" w:type="dxa"/>
              <w:bottom w:w="70" w:type="dxa"/>
              <w:right w:w="70" w:type="dxa"/>
            </w:tcMar>
            <w:vAlign w:val="center"/>
          </w:tcPr>
          <w:p w14:paraId="039607E2" w14:textId="77777777" w:rsidR="00022E1E" w:rsidRDefault="00000000">
            <w:pPr>
              <w:jc w:val="center"/>
            </w:pPr>
            <w:r>
              <w:rPr>
                <w:sz w:val="16"/>
              </w:rPr>
              <w:t>16–31 Ağustos</w:t>
            </w:r>
          </w:p>
        </w:tc>
        <w:tc>
          <w:tcPr>
            <w:tcW w:w="5832" w:type="dxa"/>
            <w:tcMar>
              <w:top w:w="70" w:type="dxa"/>
              <w:left w:w="70" w:type="dxa"/>
              <w:bottom w:w="70" w:type="dxa"/>
              <w:right w:w="70" w:type="dxa"/>
            </w:tcMar>
            <w:vAlign w:val="center"/>
          </w:tcPr>
          <w:p w14:paraId="2DB923B2" w14:textId="77777777" w:rsidR="00022E1E" w:rsidRDefault="00000000">
            <w:r>
              <w:rPr>
                <w:sz w:val="16"/>
              </w:rPr>
              <w:t>Yeni kayıt ve oryantasyon hazırlıkları; web sayfası ve öğrenci rehberlerinin güncellenmesi</w:t>
            </w:r>
          </w:p>
        </w:tc>
        <w:tc>
          <w:tcPr>
            <w:tcW w:w="3384" w:type="dxa"/>
            <w:tcMar>
              <w:top w:w="70" w:type="dxa"/>
              <w:left w:w="70" w:type="dxa"/>
              <w:bottom w:w="70" w:type="dxa"/>
              <w:right w:w="70" w:type="dxa"/>
            </w:tcMar>
            <w:vAlign w:val="center"/>
          </w:tcPr>
          <w:p w14:paraId="329B3F27" w14:textId="77777777" w:rsidR="00022E1E" w:rsidRDefault="00000000">
            <w:r>
              <w:rPr>
                <w:sz w:val="16"/>
              </w:rPr>
              <w:t>Öğrenci İşleri, Tanıtım Komisyonu, Program Başkanlıkları</w:t>
            </w:r>
          </w:p>
        </w:tc>
        <w:tc>
          <w:tcPr>
            <w:tcW w:w="2880" w:type="dxa"/>
            <w:tcMar>
              <w:top w:w="70" w:type="dxa"/>
              <w:left w:w="70" w:type="dxa"/>
              <w:bottom w:w="70" w:type="dxa"/>
              <w:right w:w="70" w:type="dxa"/>
            </w:tcMar>
            <w:vAlign w:val="center"/>
          </w:tcPr>
          <w:p w14:paraId="08D28CB2" w14:textId="77777777" w:rsidR="00022E1E" w:rsidRDefault="00000000">
            <w:r>
              <w:rPr>
                <w:sz w:val="16"/>
              </w:rPr>
              <w:t>Güncel rehberler, duyurular ve oryantasyon planı</w:t>
            </w:r>
          </w:p>
        </w:tc>
      </w:tr>
      <w:tr w:rsidR="00022E1E" w14:paraId="5823960F" w14:textId="77777777">
        <w:trPr>
          <w:cantSplit/>
          <w:jc w:val="center"/>
        </w:trPr>
        <w:tc>
          <w:tcPr>
            <w:tcW w:w="1440" w:type="dxa"/>
            <w:shd w:val="clear" w:color="auto" w:fill="EAF2F8"/>
            <w:tcMar>
              <w:top w:w="70" w:type="dxa"/>
              <w:left w:w="70" w:type="dxa"/>
              <w:bottom w:w="70" w:type="dxa"/>
              <w:right w:w="70" w:type="dxa"/>
            </w:tcMar>
            <w:vAlign w:val="center"/>
          </w:tcPr>
          <w:p w14:paraId="21241B95" w14:textId="77777777" w:rsidR="00022E1E" w:rsidRDefault="00000000">
            <w:pPr>
              <w:jc w:val="center"/>
            </w:pPr>
            <w:r>
              <w:rPr>
                <w:b/>
                <w:sz w:val="16"/>
              </w:rPr>
              <w:t>Ağustos 2027</w:t>
            </w:r>
          </w:p>
        </w:tc>
        <w:tc>
          <w:tcPr>
            <w:tcW w:w="1555" w:type="dxa"/>
            <w:shd w:val="clear" w:color="auto" w:fill="EAF2F8"/>
            <w:tcMar>
              <w:top w:w="70" w:type="dxa"/>
              <w:left w:w="70" w:type="dxa"/>
              <w:bottom w:w="70" w:type="dxa"/>
              <w:right w:w="70" w:type="dxa"/>
            </w:tcMar>
            <w:vAlign w:val="center"/>
          </w:tcPr>
          <w:p w14:paraId="0142EE23" w14:textId="77777777" w:rsidR="00022E1E" w:rsidRDefault="00000000">
            <w:pPr>
              <w:jc w:val="center"/>
            </w:pPr>
            <w:r>
              <w:rPr>
                <w:sz w:val="16"/>
              </w:rPr>
              <w:t>Ay sonu</w:t>
            </w:r>
          </w:p>
        </w:tc>
        <w:tc>
          <w:tcPr>
            <w:tcW w:w="5832" w:type="dxa"/>
            <w:shd w:val="clear" w:color="auto" w:fill="EAF2F8"/>
            <w:tcMar>
              <w:top w:w="70" w:type="dxa"/>
              <w:left w:w="70" w:type="dxa"/>
              <w:bottom w:w="70" w:type="dxa"/>
              <w:right w:w="70" w:type="dxa"/>
            </w:tcMar>
            <w:vAlign w:val="center"/>
          </w:tcPr>
          <w:p w14:paraId="7FB6615E" w14:textId="77777777" w:rsidR="00022E1E" w:rsidRDefault="00000000">
            <w:r>
              <w:rPr>
                <w:sz w:val="16"/>
              </w:rPr>
              <w:t>2027–2028 çalışma takvimi ve faaliyet planının son değerlendirmesi</w:t>
            </w:r>
          </w:p>
        </w:tc>
        <w:tc>
          <w:tcPr>
            <w:tcW w:w="3384" w:type="dxa"/>
            <w:shd w:val="clear" w:color="auto" w:fill="EAF2F8"/>
            <w:tcMar>
              <w:top w:w="70" w:type="dxa"/>
              <w:left w:w="70" w:type="dxa"/>
              <w:bottom w:w="70" w:type="dxa"/>
              <w:right w:w="70" w:type="dxa"/>
            </w:tcMar>
            <w:vAlign w:val="center"/>
          </w:tcPr>
          <w:p w14:paraId="12C25D3F" w14:textId="77777777" w:rsidR="00022E1E" w:rsidRDefault="00000000">
            <w:r>
              <w:rPr>
                <w:sz w:val="16"/>
              </w:rPr>
              <w:t>Müdürlük, Kalite Komisyonu</w:t>
            </w:r>
          </w:p>
        </w:tc>
        <w:tc>
          <w:tcPr>
            <w:tcW w:w="2880" w:type="dxa"/>
            <w:shd w:val="clear" w:color="auto" w:fill="EAF2F8"/>
            <w:tcMar>
              <w:top w:w="70" w:type="dxa"/>
              <w:left w:w="70" w:type="dxa"/>
              <w:bottom w:w="70" w:type="dxa"/>
              <w:right w:w="70" w:type="dxa"/>
            </w:tcMar>
            <w:vAlign w:val="center"/>
          </w:tcPr>
          <w:p w14:paraId="457FEFE9" w14:textId="77777777" w:rsidR="00022E1E" w:rsidRDefault="00000000">
            <w:r>
              <w:rPr>
                <w:sz w:val="16"/>
              </w:rPr>
              <w:t>Onaya hazır plan ve toplantı tutanağı</w:t>
            </w:r>
          </w:p>
        </w:tc>
      </w:tr>
      <w:tr w:rsidR="00022E1E" w14:paraId="1343506C" w14:textId="77777777">
        <w:trPr>
          <w:cantSplit/>
          <w:jc w:val="center"/>
        </w:trPr>
        <w:tc>
          <w:tcPr>
            <w:tcW w:w="1440" w:type="dxa"/>
            <w:tcMar>
              <w:top w:w="70" w:type="dxa"/>
              <w:left w:w="70" w:type="dxa"/>
              <w:bottom w:w="70" w:type="dxa"/>
              <w:right w:w="70" w:type="dxa"/>
            </w:tcMar>
            <w:vAlign w:val="center"/>
          </w:tcPr>
          <w:p w14:paraId="6840A42C" w14:textId="77777777" w:rsidR="00022E1E" w:rsidRDefault="00000000">
            <w:pPr>
              <w:jc w:val="center"/>
            </w:pPr>
            <w:r>
              <w:rPr>
                <w:b/>
                <w:sz w:val="16"/>
              </w:rPr>
              <w:t>Yıl Boyunca</w:t>
            </w:r>
          </w:p>
        </w:tc>
        <w:tc>
          <w:tcPr>
            <w:tcW w:w="1555" w:type="dxa"/>
            <w:tcMar>
              <w:top w:w="70" w:type="dxa"/>
              <w:left w:w="70" w:type="dxa"/>
              <w:bottom w:w="70" w:type="dxa"/>
              <w:right w:w="70" w:type="dxa"/>
            </w:tcMar>
            <w:vAlign w:val="center"/>
          </w:tcPr>
          <w:p w14:paraId="12E72D50" w14:textId="77777777" w:rsidR="00022E1E" w:rsidRDefault="00000000">
            <w:pPr>
              <w:jc w:val="center"/>
            </w:pPr>
            <w:r>
              <w:rPr>
                <w:sz w:val="16"/>
              </w:rPr>
              <w:t>Aylık</w:t>
            </w:r>
          </w:p>
        </w:tc>
        <w:tc>
          <w:tcPr>
            <w:tcW w:w="5832" w:type="dxa"/>
            <w:tcMar>
              <w:top w:w="70" w:type="dxa"/>
              <w:left w:w="70" w:type="dxa"/>
              <w:bottom w:w="70" w:type="dxa"/>
              <w:right w:w="70" w:type="dxa"/>
            </w:tcMar>
            <w:vAlign w:val="center"/>
          </w:tcPr>
          <w:p w14:paraId="49C21D2B" w14:textId="77777777" w:rsidR="00022E1E" w:rsidRDefault="00000000">
            <w:r>
              <w:rPr>
                <w:sz w:val="16"/>
              </w:rPr>
              <w:t>Faaliyet planı, kalite göstergeleri, riskler ve iyileştirme eylemlerinin izlenmesi</w:t>
            </w:r>
          </w:p>
        </w:tc>
        <w:tc>
          <w:tcPr>
            <w:tcW w:w="3384" w:type="dxa"/>
            <w:tcMar>
              <w:top w:w="70" w:type="dxa"/>
              <w:left w:w="70" w:type="dxa"/>
              <w:bottom w:w="70" w:type="dxa"/>
              <w:right w:w="70" w:type="dxa"/>
            </w:tcMar>
            <w:vAlign w:val="center"/>
          </w:tcPr>
          <w:p w14:paraId="36E5E2EC" w14:textId="77777777" w:rsidR="00022E1E" w:rsidRDefault="00000000">
            <w:r>
              <w:rPr>
                <w:sz w:val="16"/>
              </w:rPr>
              <w:t>Müdürlük, Kalite Komisyonu</w:t>
            </w:r>
          </w:p>
        </w:tc>
        <w:tc>
          <w:tcPr>
            <w:tcW w:w="2880" w:type="dxa"/>
            <w:tcMar>
              <w:top w:w="70" w:type="dxa"/>
              <w:left w:w="70" w:type="dxa"/>
              <w:bottom w:w="70" w:type="dxa"/>
              <w:right w:w="70" w:type="dxa"/>
            </w:tcMar>
            <w:vAlign w:val="center"/>
          </w:tcPr>
          <w:p w14:paraId="2C3F4B95" w14:textId="77777777" w:rsidR="00022E1E" w:rsidRDefault="00000000">
            <w:r>
              <w:rPr>
                <w:sz w:val="16"/>
              </w:rPr>
              <w:t>Aylık izleme tablosu ve toplantı kayıtları</w:t>
            </w:r>
          </w:p>
        </w:tc>
      </w:tr>
      <w:tr w:rsidR="00022E1E" w14:paraId="64EDF16E" w14:textId="77777777">
        <w:trPr>
          <w:cantSplit/>
          <w:jc w:val="center"/>
        </w:trPr>
        <w:tc>
          <w:tcPr>
            <w:tcW w:w="1440" w:type="dxa"/>
            <w:shd w:val="clear" w:color="auto" w:fill="EAF2F8"/>
            <w:tcMar>
              <w:top w:w="70" w:type="dxa"/>
              <w:left w:w="70" w:type="dxa"/>
              <w:bottom w:w="70" w:type="dxa"/>
              <w:right w:w="70" w:type="dxa"/>
            </w:tcMar>
            <w:vAlign w:val="center"/>
          </w:tcPr>
          <w:p w14:paraId="1871090B" w14:textId="77777777" w:rsidR="00022E1E" w:rsidRDefault="00000000">
            <w:pPr>
              <w:jc w:val="center"/>
            </w:pPr>
            <w:r>
              <w:rPr>
                <w:b/>
                <w:sz w:val="16"/>
              </w:rPr>
              <w:t>Yıl Boyunca</w:t>
            </w:r>
          </w:p>
        </w:tc>
        <w:tc>
          <w:tcPr>
            <w:tcW w:w="1555" w:type="dxa"/>
            <w:shd w:val="clear" w:color="auto" w:fill="EAF2F8"/>
            <w:tcMar>
              <w:top w:w="70" w:type="dxa"/>
              <w:left w:w="70" w:type="dxa"/>
              <w:bottom w:w="70" w:type="dxa"/>
              <w:right w:w="70" w:type="dxa"/>
            </w:tcMar>
            <w:vAlign w:val="center"/>
          </w:tcPr>
          <w:p w14:paraId="43749B40" w14:textId="77777777" w:rsidR="00022E1E" w:rsidRDefault="00000000">
            <w:pPr>
              <w:jc w:val="center"/>
            </w:pPr>
            <w:r>
              <w:rPr>
                <w:sz w:val="16"/>
              </w:rPr>
              <w:t>Her dönem en az iki kez</w:t>
            </w:r>
          </w:p>
        </w:tc>
        <w:tc>
          <w:tcPr>
            <w:tcW w:w="5832" w:type="dxa"/>
            <w:shd w:val="clear" w:color="auto" w:fill="EAF2F8"/>
            <w:tcMar>
              <w:top w:w="70" w:type="dxa"/>
              <w:left w:w="70" w:type="dxa"/>
              <w:bottom w:w="70" w:type="dxa"/>
              <w:right w:w="70" w:type="dxa"/>
            </w:tcMar>
            <w:vAlign w:val="center"/>
          </w:tcPr>
          <w:p w14:paraId="6B74BF30" w14:textId="77777777" w:rsidR="00022E1E" w:rsidRDefault="00000000">
            <w:r>
              <w:rPr>
                <w:sz w:val="16"/>
              </w:rPr>
              <w:t>Akademik danışmanlık görüşmelerinin gerçekleştirilmesi ve sonuçlarının program bazında değerlendirilmesi</w:t>
            </w:r>
          </w:p>
        </w:tc>
        <w:tc>
          <w:tcPr>
            <w:tcW w:w="3384" w:type="dxa"/>
            <w:shd w:val="clear" w:color="auto" w:fill="EAF2F8"/>
            <w:tcMar>
              <w:top w:w="70" w:type="dxa"/>
              <w:left w:w="70" w:type="dxa"/>
              <w:bottom w:w="70" w:type="dxa"/>
              <w:right w:w="70" w:type="dxa"/>
            </w:tcMar>
            <w:vAlign w:val="center"/>
          </w:tcPr>
          <w:p w14:paraId="78D78593" w14:textId="77777777" w:rsidR="00022E1E" w:rsidRDefault="00000000">
            <w:r>
              <w:rPr>
                <w:sz w:val="16"/>
              </w:rPr>
              <w:t>Akademik Danışmanlar, Program Başkanlıkları</w:t>
            </w:r>
          </w:p>
        </w:tc>
        <w:tc>
          <w:tcPr>
            <w:tcW w:w="2880" w:type="dxa"/>
            <w:shd w:val="clear" w:color="auto" w:fill="EAF2F8"/>
            <w:tcMar>
              <w:top w:w="70" w:type="dxa"/>
              <w:left w:w="70" w:type="dxa"/>
              <w:bottom w:w="70" w:type="dxa"/>
              <w:right w:w="70" w:type="dxa"/>
            </w:tcMar>
            <w:vAlign w:val="center"/>
          </w:tcPr>
          <w:p w14:paraId="7F2C6364" w14:textId="77777777" w:rsidR="00022E1E" w:rsidRDefault="00000000">
            <w:r>
              <w:rPr>
                <w:sz w:val="16"/>
              </w:rPr>
              <w:t>Görüşme kayıtları ve değerlendirme özeti</w:t>
            </w:r>
          </w:p>
        </w:tc>
      </w:tr>
      <w:tr w:rsidR="00022E1E" w14:paraId="14B78F1D" w14:textId="77777777">
        <w:trPr>
          <w:cantSplit/>
          <w:jc w:val="center"/>
        </w:trPr>
        <w:tc>
          <w:tcPr>
            <w:tcW w:w="1440" w:type="dxa"/>
            <w:tcMar>
              <w:top w:w="70" w:type="dxa"/>
              <w:left w:w="70" w:type="dxa"/>
              <w:bottom w:w="70" w:type="dxa"/>
              <w:right w:w="70" w:type="dxa"/>
            </w:tcMar>
            <w:vAlign w:val="center"/>
          </w:tcPr>
          <w:p w14:paraId="1753FDC7" w14:textId="77777777" w:rsidR="00022E1E" w:rsidRDefault="00000000">
            <w:pPr>
              <w:jc w:val="center"/>
            </w:pPr>
            <w:r>
              <w:rPr>
                <w:b/>
                <w:sz w:val="16"/>
              </w:rPr>
              <w:t>Yıl Boyunca</w:t>
            </w:r>
          </w:p>
        </w:tc>
        <w:tc>
          <w:tcPr>
            <w:tcW w:w="1555" w:type="dxa"/>
            <w:tcMar>
              <w:top w:w="70" w:type="dxa"/>
              <w:left w:w="70" w:type="dxa"/>
              <w:bottom w:w="70" w:type="dxa"/>
              <w:right w:w="70" w:type="dxa"/>
            </w:tcMar>
            <w:vAlign w:val="center"/>
          </w:tcPr>
          <w:p w14:paraId="0C3B7597" w14:textId="77777777" w:rsidR="00022E1E" w:rsidRDefault="00000000">
            <w:pPr>
              <w:jc w:val="center"/>
            </w:pPr>
            <w:r>
              <w:rPr>
                <w:sz w:val="16"/>
              </w:rPr>
              <w:t>Üçer aylık</w:t>
            </w:r>
          </w:p>
        </w:tc>
        <w:tc>
          <w:tcPr>
            <w:tcW w:w="5832" w:type="dxa"/>
            <w:tcMar>
              <w:top w:w="70" w:type="dxa"/>
              <w:left w:w="70" w:type="dxa"/>
              <w:bottom w:w="70" w:type="dxa"/>
              <w:right w:w="70" w:type="dxa"/>
            </w:tcMar>
            <w:vAlign w:val="center"/>
          </w:tcPr>
          <w:p w14:paraId="601AE178" w14:textId="77777777" w:rsidR="00022E1E" w:rsidRDefault="00000000">
            <w:r>
              <w:rPr>
                <w:sz w:val="16"/>
              </w:rPr>
              <w:t>Web sayfası, sosyal medya, program bilgi paketleri ve kamuya açık bilgilerin güncelliğinin kontrolü</w:t>
            </w:r>
          </w:p>
        </w:tc>
        <w:tc>
          <w:tcPr>
            <w:tcW w:w="3384" w:type="dxa"/>
            <w:tcMar>
              <w:top w:w="70" w:type="dxa"/>
              <w:left w:w="70" w:type="dxa"/>
              <w:bottom w:w="70" w:type="dxa"/>
              <w:right w:w="70" w:type="dxa"/>
            </w:tcMar>
            <w:vAlign w:val="center"/>
          </w:tcPr>
          <w:p w14:paraId="02489A9B" w14:textId="77777777" w:rsidR="00022E1E" w:rsidRDefault="00000000">
            <w:r>
              <w:rPr>
                <w:sz w:val="16"/>
              </w:rPr>
              <w:t>Müdürlük, Web/Sosyal Medya Sorumluları</w:t>
            </w:r>
          </w:p>
        </w:tc>
        <w:tc>
          <w:tcPr>
            <w:tcW w:w="2880" w:type="dxa"/>
            <w:tcMar>
              <w:top w:w="70" w:type="dxa"/>
              <w:left w:w="70" w:type="dxa"/>
              <w:bottom w:w="70" w:type="dxa"/>
              <w:right w:w="70" w:type="dxa"/>
            </w:tcMar>
            <w:vAlign w:val="center"/>
          </w:tcPr>
          <w:p w14:paraId="365FCFE7" w14:textId="77777777" w:rsidR="00022E1E" w:rsidRDefault="00000000">
            <w:r>
              <w:rPr>
                <w:sz w:val="16"/>
              </w:rPr>
              <w:t>Güncellik kontrol listesi</w:t>
            </w:r>
          </w:p>
        </w:tc>
      </w:tr>
      <w:tr w:rsidR="00022E1E" w14:paraId="01906C42" w14:textId="77777777">
        <w:trPr>
          <w:cantSplit/>
          <w:jc w:val="center"/>
        </w:trPr>
        <w:tc>
          <w:tcPr>
            <w:tcW w:w="1440" w:type="dxa"/>
            <w:shd w:val="clear" w:color="auto" w:fill="EAF2F8"/>
            <w:tcMar>
              <w:top w:w="70" w:type="dxa"/>
              <w:left w:w="70" w:type="dxa"/>
              <w:bottom w:w="70" w:type="dxa"/>
              <w:right w:w="70" w:type="dxa"/>
            </w:tcMar>
            <w:vAlign w:val="center"/>
          </w:tcPr>
          <w:p w14:paraId="60FA0CDF" w14:textId="77777777" w:rsidR="00022E1E" w:rsidRDefault="00000000">
            <w:pPr>
              <w:jc w:val="center"/>
            </w:pPr>
            <w:r>
              <w:rPr>
                <w:b/>
                <w:sz w:val="16"/>
              </w:rPr>
              <w:t>Yıl Boyunca</w:t>
            </w:r>
          </w:p>
        </w:tc>
        <w:tc>
          <w:tcPr>
            <w:tcW w:w="1555" w:type="dxa"/>
            <w:shd w:val="clear" w:color="auto" w:fill="EAF2F8"/>
            <w:tcMar>
              <w:top w:w="70" w:type="dxa"/>
              <w:left w:w="70" w:type="dxa"/>
              <w:bottom w:w="70" w:type="dxa"/>
              <w:right w:w="70" w:type="dxa"/>
            </w:tcMar>
            <w:vAlign w:val="center"/>
          </w:tcPr>
          <w:p w14:paraId="73CCAFD5" w14:textId="77777777" w:rsidR="00022E1E" w:rsidRDefault="00000000">
            <w:pPr>
              <w:jc w:val="center"/>
            </w:pPr>
            <w:r>
              <w:rPr>
                <w:sz w:val="16"/>
              </w:rPr>
              <w:t>Faaliyet sonrası 10 iş günü</w:t>
            </w:r>
          </w:p>
        </w:tc>
        <w:tc>
          <w:tcPr>
            <w:tcW w:w="5832" w:type="dxa"/>
            <w:shd w:val="clear" w:color="auto" w:fill="EAF2F8"/>
            <w:tcMar>
              <w:top w:w="70" w:type="dxa"/>
              <w:left w:w="70" w:type="dxa"/>
              <w:bottom w:w="70" w:type="dxa"/>
              <w:right w:w="70" w:type="dxa"/>
            </w:tcMar>
            <w:vAlign w:val="center"/>
          </w:tcPr>
          <w:p w14:paraId="0E828301" w14:textId="77777777" w:rsidR="00022E1E" w:rsidRDefault="00000000">
            <w:r>
              <w:rPr>
                <w:sz w:val="16"/>
              </w:rPr>
              <w:t>Her faaliyet için katılım, geri bildirim, sonuç ve iyileştirme kanıtlarının dosyalanması</w:t>
            </w:r>
          </w:p>
        </w:tc>
        <w:tc>
          <w:tcPr>
            <w:tcW w:w="3384" w:type="dxa"/>
            <w:shd w:val="clear" w:color="auto" w:fill="EAF2F8"/>
            <w:tcMar>
              <w:top w:w="70" w:type="dxa"/>
              <w:left w:w="70" w:type="dxa"/>
              <w:bottom w:w="70" w:type="dxa"/>
              <w:right w:w="70" w:type="dxa"/>
            </w:tcMar>
            <w:vAlign w:val="center"/>
          </w:tcPr>
          <w:p w14:paraId="3FE88452" w14:textId="77777777" w:rsidR="00022E1E" w:rsidRDefault="00000000">
            <w:r>
              <w:rPr>
                <w:sz w:val="16"/>
              </w:rPr>
              <w:t>Faaliyet Sorumlusu, İlgili Komisyon</w:t>
            </w:r>
          </w:p>
        </w:tc>
        <w:tc>
          <w:tcPr>
            <w:tcW w:w="2880" w:type="dxa"/>
            <w:shd w:val="clear" w:color="auto" w:fill="EAF2F8"/>
            <w:tcMar>
              <w:top w:w="70" w:type="dxa"/>
              <w:left w:w="70" w:type="dxa"/>
              <w:bottom w:w="70" w:type="dxa"/>
              <w:right w:w="70" w:type="dxa"/>
            </w:tcMar>
            <w:vAlign w:val="center"/>
          </w:tcPr>
          <w:p w14:paraId="56291827" w14:textId="77777777" w:rsidR="00022E1E" w:rsidRDefault="00000000">
            <w:r>
              <w:rPr>
                <w:sz w:val="16"/>
              </w:rPr>
              <w:t>Faaliyet raporu ve kanıt dosyası</w:t>
            </w:r>
          </w:p>
        </w:tc>
      </w:tr>
    </w:tbl>
    <w:p w14:paraId="1C95DC85" w14:textId="77777777" w:rsidR="00022E1E" w:rsidRDefault="00000000">
      <w:pPr>
        <w:spacing w:before="40" w:after="0"/>
      </w:pPr>
      <w:r>
        <w:rPr>
          <w:b/>
        </w:rPr>
        <w:t xml:space="preserve">İzleme ilkesi  </w:t>
      </w:r>
      <w:r>
        <w:t>Faaliyetler tamamlandıkça sorumlu birim tarafından kanıtlarıyla birlikte kayıt altına alınır; geciken veya kısmen tamamlanan faaliyetler için gerekçe, yeni hedef tarih ve düzeltici faaliyet belirlenir. Sonuçlar Kalite Komisyonu ve Yüksekokul yönetimi tarafından periyodik olarak değerlendirilir.</w:t>
      </w:r>
    </w:p>
    <w:sectPr w:rsidR="00022E1E" w:rsidSect="00034616">
      <w:footerReference w:type="default" r:id="rId8"/>
      <w:pgSz w:w="15840" w:h="12240" w:orient="landscape"/>
      <w:pgMar w:top="1008"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3D6DC" w14:textId="77777777" w:rsidR="00AF3FB7" w:rsidRDefault="00AF3FB7">
      <w:pPr>
        <w:spacing w:after="0" w:line="240" w:lineRule="auto"/>
      </w:pPr>
      <w:r>
        <w:separator/>
      </w:r>
    </w:p>
  </w:endnote>
  <w:endnote w:type="continuationSeparator" w:id="0">
    <w:p w14:paraId="53C83BA5" w14:textId="77777777" w:rsidR="00AF3FB7" w:rsidRDefault="00AF3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26AB" w14:textId="77777777" w:rsidR="00022E1E" w:rsidRDefault="00000000">
    <w:pPr>
      <w:pStyle w:val="AltBilgi"/>
      <w:jc w:val="center"/>
    </w:pPr>
    <w:r>
      <w:rPr>
        <w:color w:val="595959"/>
        <w:sz w:val="16"/>
      </w:rPr>
      <w:t xml:space="preserve">Simav </w:t>
    </w:r>
    <w:proofErr w:type="gramStart"/>
    <w:r>
      <w:rPr>
        <w:color w:val="595959"/>
        <w:sz w:val="16"/>
      </w:rPr>
      <w:t>SHMYO  |</w:t>
    </w:r>
    <w:proofErr w:type="gramEnd"/>
    <w:r>
      <w:rPr>
        <w:color w:val="595959"/>
        <w:sz w:val="16"/>
      </w:rPr>
      <w:t xml:space="preserve">  2026–2027 </w:t>
    </w:r>
    <w:proofErr w:type="spellStart"/>
    <w:r>
      <w:rPr>
        <w:color w:val="595959"/>
        <w:sz w:val="16"/>
      </w:rPr>
      <w:t>Çalışma</w:t>
    </w:r>
    <w:proofErr w:type="spellEnd"/>
    <w:r>
      <w:rPr>
        <w:color w:val="595959"/>
        <w:sz w:val="16"/>
      </w:rPr>
      <w:t xml:space="preserve"> </w:t>
    </w:r>
    <w:proofErr w:type="spellStart"/>
    <w:r>
      <w:rPr>
        <w:color w:val="595959"/>
        <w:sz w:val="16"/>
      </w:rPr>
      <w:t>Takvimi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0B93D" w14:textId="77777777" w:rsidR="00AF3FB7" w:rsidRDefault="00AF3FB7">
      <w:pPr>
        <w:spacing w:after="0" w:line="240" w:lineRule="auto"/>
      </w:pPr>
      <w:r>
        <w:separator/>
      </w:r>
    </w:p>
  </w:footnote>
  <w:footnote w:type="continuationSeparator" w:id="0">
    <w:p w14:paraId="79612E15" w14:textId="77777777" w:rsidR="00AF3FB7" w:rsidRDefault="00AF3F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71548290">
    <w:abstractNumId w:val="8"/>
  </w:num>
  <w:num w:numId="2" w16cid:durableId="1290277879">
    <w:abstractNumId w:val="6"/>
  </w:num>
  <w:num w:numId="3" w16cid:durableId="1759980362">
    <w:abstractNumId w:val="5"/>
  </w:num>
  <w:num w:numId="4" w16cid:durableId="109398972">
    <w:abstractNumId w:val="4"/>
  </w:num>
  <w:num w:numId="5" w16cid:durableId="997272974">
    <w:abstractNumId w:val="7"/>
  </w:num>
  <w:num w:numId="6" w16cid:durableId="2101944649">
    <w:abstractNumId w:val="3"/>
  </w:num>
  <w:num w:numId="7" w16cid:durableId="328484934">
    <w:abstractNumId w:val="2"/>
  </w:num>
  <w:num w:numId="8" w16cid:durableId="903293683">
    <w:abstractNumId w:val="1"/>
  </w:num>
  <w:num w:numId="9" w16cid:durableId="588513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E1E"/>
    <w:rsid w:val="00034616"/>
    <w:rsid w:val="0006063C"/>
    <w:rsid w:val="0015074B"/>
    <w:rsid w:val="0029639D"/>
    <w:rsid w:val="00326F90"/>
    <w:rsid w:val="00AA1D8D"/>
    <w:rsid w:val="00AF3FB7"/>
    <w:rsid w:val="00B41EF2"/>
    <w:rsid w:val="00B47730"/>
    <w:rsid w:val="00C85C79"/>
    <w:rsid w:val="00CB0664"/>
    <w:rsid w:val="00F54E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6C0067"/>
  <w14:defaultImageDpi w14:val="300"/>
  <w15:docId w15:val="{7D73F307-3C04-4926-B932-0B46C33D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1687</Words>
  <Characters>9618</Characters>
  <Application>Microsoft Office Word</Application>
  <DocSecurity>0</DocSecurity>
  <Lines>80</Lines>
  <Paragraphs>22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Simav SHMYO 2026–2027 Eğitim Öğretim Yılı Çalışma Takvimi</vt:lpstr>
      <vt:lpstr/>
    </vt:vector>
  </TitlesOfParts>
  <Manager/>
  <Company/>
  <LinksUpToDate>false</LinksUpToDate>
  <CharactersWithSpaces>11283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Simav SHMYO 2026–2027 Eğitim Öğretim Yılı Çalışma Takvimi</dc:title>
  <dc:subject/>
  <dc:creator>Dr. Öğr. Üyesi Özge Sakarya Çınkı</dc:creator>
  <cp:keywords/>
  <dc:description>generated by python-docx</dc:description>
  <cp:lastModifiedBy>özge sakarya</cp:lastModifiedBy>
  <cp:revision>3</cp:revision>
  <dcterms:created xsi:type="dcterms:W3CDTF">2013-12-23T23:15:00Z</dcterms:created>
  <dcterms:modified xsi:type="dcterms:W3CDTF">2026-09-16T09:14:00Z</dcterms:modified>
  <cp:category/>
</cp:coreProperties>
</file>